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611="http://schemas.microsoft.com/office/drawing/2016/11/main" xmlns:a14="http://schemas.microsoft.com/office/drawing/2010/main" mc:Ignorable="w14 w15 w16se w16cid w16 w16cex w16sdtdh w16sdtfl w16du wp14">
  <w:body>
    <w:p w:rsidRPr="00F65A83" w:rsidR="00846672" w:rsidRDefault="00846672" w14:paraId="326E9E31" w14:textId="79CE40CF">
      <w:pPr>
        <w:pStyle w:val="Heading1"/>
        <w:jc w:val="center"/>
        <w:rPr>
          <w:rFonts w:ascii="Perpetua Titling MT" w:hAnsi="Perpetua Titling MT"/>
          <w:noProof/>
          <w:sz w:val="36"/>
          <w:szCs w:val="36"/>
        </w:rPr>
      </w:pPr>
      <w:r w:rsidRPr="0473776C" w:rsidR="033F2AAF">
        <w:rPr>
          <w:rFonts w:ascii="Perpetua Titling MT" w:hAnsi="Perpetua Titling MT"/>
          <w:sz w:val="36"/>
          <w:szCs w:val="36"/>
        </w:rPr>
        <w:t xml:space="preserve">Carmel-by-the-sea, ca </w:t>
      </w:r>
      <w:r w:rsidRPr="0473776C" w:rsidR="00846672">
        <w:rPr>
          <w:rFonts w:ascii="Perpetua Titling MT" w:hAnsi="Perpetua Titling MT"/>
          <w:sz w:val="36"/>
          <w:szCs w:val="36"/>
        </w:rPr>
        <w:t xml:space="preserve">- </w:t>
      </w:r>
      <w:r w:rsidRPr="0473776C" w:rsidR="0C9EE97B">
        <w:rPr>
          <w:rFonts w:ascii="Perpetua Titling MT" w:hAnsi="Perpetua Titling MT"/>
          <w:sz w:val="36"/>
          <w:szCs w:val="36"/>
        </w:rPr>
        <w:t>1</w:t>
      </w:r>
      <w:r w:rsidRPr="0473776C" w:rsidR="00846672">
        <w:rPr>
          <w:rFonts w:ascii="Perpetua Titling MT" w:hAnsi="Perpetua Titling MT"/>
          <w:sz w:val="36"/>
          <w:szCs w:val="36"/>
        </w:rPr>
        <w:t xml:space="preserve"> </w:t>
      </w:r>
      <w:r w:rsidRPr="0473776C" w:rsidR="00846672">
        <w:rPr>
          <w:rFonts w:ascii="Perpetua Titling MT" w:hAnsi="Perpetua Titling MT"/>
          <w:sz w:val="36"/>
          <w:szCs w:val="36"/>
        </w:rPr>
        <w:t>Day</w:t>
      </w:r>
      <w:r w:rsidRPr="0473776C" w:rsidR="00846672">
        <w:rPr>
          <w:rFonts w:ascii="Perpetua Titling MT" w:hAnsi="Perpetua Titling MT"/>
          <w:sz w:val="36"/>
          <w:szCs w:val="36"/>
        </w:rPr>
        <w:t xml:space="preserve"> Itinerary</w:t>
      </w:r>
      <w:r w:rsidRPr="0473776C" w:rsidR="00846672">
        <w:rPr>
          <w:rFonts w:ascii="Perpetua Titling MT" w:hAnsi="Perpetua Titling MT"/>
          <w:noProof/>
          <w:sz w:val="36"/>
          <w:szCs w:val="36"/>
        </w:rPr>
        <w:t xml:space="preserve"> </w:t>
      </w:r>
    </w:p>
    <w:p w:rsidR="00846672" w:rsidRDefault="00846672" w14:paraId="5E6CABD6" w14:textId="3599D4D4">
      <w:pPr>
        <w:pStyle w:val="Heading1"/>
        <w:jc w:val="center"/>
      </w:pPr>
      <w:r w:rsidR="0B8496CF">
        <w:drawing>
          <wp:inline wp14:editId="7B61B91A" wp14:anchorId="678DA4FA">
            <wp:extent cx="4064000" cy="3048000"/>
            <wp:effectExtent l="0" t="0" r="0" b="0"/>
            <wp:docPr id="112134251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21342517" name="Picture 1121342517"/>
                    <pic:cNvPicPr/>
                  </pic:nvPicPr>
                  <pic:blipFill>
                    <a:blip xmlns:r="http://schemas.openxmlformats.org/officeDocument/2006/relationships" r:embed="rId89347040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65A83" w:rsidR="003968B6" w:rsidRDefault="00846672" w14:paraId="6BDC3E0D" w14:textId="108E6E0C">
      <w:pPr>
        <w:pStyle w:val="Heading1"/>
        <w:jc w:val="center"/>
        <w:rPr>
          <w:rFonts w:ascii="Perpetua Titling MT" w:hAnsi="Perpetua Titling MT"/>
          <w:sz w:val="36"/>
          <w:szCs w:val="36"/>
        </w:rPr>
      </w:pPr>
      <w:r w:rsidRPr="0473776C" w:rsidR="00846672">
        <w:rPr>
          <w:rFonts w:ascii="Perpetua Titling MT" w:hAnsi="Perpetua Titling MT"/>
          <w:sz w:val="36"/>
          <w:szCs w:val="36"/>
        </w:rPr>
        <w:t xml:space="preserve"> </w:t>
      </w:r>
      <w:r w:rsidRPr="0473776C" w:rsidR="730B5E85">
        <w:rPr>
          <w:rFonts w:ascii="Perpetua Titling MT" w:hAnsi="Perpetua Titling MT"/>
          <w:sz w:val="36"/>
          <w:szCs w:val="36"/>
        </w:rPr>
        <w:t>September 4, 2018</w:t>
      </w:r>
    </w:p>
    <w:p w:rsidR="003968B6" w:rsidRDefault="003968B6" w14:paraId="7B4558B4" w14:textId="2F49B9FA">
      <w:pPr>
        <w:jc w:val="center"/>
      </w:pPr>
    </w:p>
    <w:tbl>
      <w:tblPr>
        <w:tblStyle w:val="TableGrid"/>
        <w:tblW w:w="0" w:type="auto"/>
        <w:tblBorders>
          <w:top w:val="single" w:color="FBD4B4" w:themeColor="accent6" w:themeTint="66" w:sz="12"/>
          <w:left w:val="single" w:color="FBD4B4" w:themeColor="accent6" w:themeTint="66" w:sz="12"/>
          <w:bottom w:val="single" w:color="FBD4B4" w:themeColor="accent6" w:themeTint="66" w:sz="12"/>
          <w:right w:val="single" w:color="FBD4B4" w:themeColor="accent6" w:themeTint="66" w:sz="12"/>
          <w:insideH w:val="single" w:color="FBD4B4" w:themeColor="accent6" w:themeTint="66" w:sz="12"/>
          <w:insideV w:val="single" w:color="FBD4B4" w:themeColor="accent6" w:themeTint="66" w:sz="12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9F0BAF" w:rsidR="003968B6" w:rsidTr="0473776C" w14:paraId="307352CD" w14:textId="77777777">
        <w:tc>
          <w:tcPr>
            <w:tcW w:w="4675" w:type="dxa"/>
            <w:tcBorders>
              <w:top w:val="single" w:color="FBD4B4" w:themeColor="accent6" w:themeTint="66" w:sz="12"/>
              <w:left w:val="single" w:color="FBD4B4" w:themeColor="accent6" w:themeTint="66" w:sz="12"/>
              <w:bottom w:val="single" w:color="FBD4B4" w:themeColor="accent6" w:themeTint="66" w:sz="12"/>
              <w:right w:val="single" w:color="FBD4B4" w:themeColor="accent6" w:themeTint="66" w:sz="12"/>
            </w:tcBorders>
            <w:tcMar/>
          </w:tcPr>
          <w:p w:rsidRPr="00005C8D" w:rsidR="003968B6" w:rsidP="0473776C" w:rsidRDefault="005D0918" w14:paraId="2E68E575" w14:textId="1CE76692">
            <w:pPr>
              <w:rPr>
                <w:rFonts w:ascii="Perpetua" w:hAnsi="Perpetua"/>
                <w:b w:val="1"/>
                <w:bCs w:val="1"/>
                <w:sz w:val="28"/>
                <w:szCs w:val="28"/>
              </w:rPr>
            </w:pPr>
            <w:r w:rsidRPr="0473776C" w:rsidR="005D0918">
              <w:rPr>
                <w:rFonts w:ascii="Segoe UI Emoji" w:hAnsi="Segoe UI Emoji" w:cs="Segoe UI Emoji"/>
                <w:sz w:val="28"/>
                <w:szCs w:val="28"/>
              </w:rPr>
              <w:t>📍</w:t>
            </w:r>
            <w:r w:rsidRPr="0473776C" w:rsidR="0071054A">
              <w:rPr>
                <w:rFonts w:ascii="Perpetua" w:hAnsi="Perpetua"/>
                <w:b w:val="1"/>
                <w:bCs w:val="1"/>
                <w:sz w:val="28"/>
                <w:szCs w:val="28"/>
              </w:rPr>
              <w:t xml:space="preserve"> </w:t>
            </w:r>
            <w:r w:rsidRPr="0473776C" w:rsidR="0071054A">
              <w:rPr>
                <w:rFonts w:ascii="Perpetua" w:hAnsi="Perpetua"/>
                <w:b w:val="1"/>
                <w:bCs w:val="1"/>
                <w:sz w:val="28"/>
                <w:szCs w:val="28"/>
              </w:rPr>
              <w:t>Time Zone:</w:t>
            </w:r>
            <w:r w:rsidRPr="0473776C" w:rsidR="57213643">
              <w:rPr>
                <w:rFonts w:ascii="Perpetua" w:hAnsi="Perpetua"/>
                <w:b w:val="1"/>
                <w:bCs w:val="1"/>
                <w:sz w:val="28"/>
                <w:szCs w:val="28"/>
              </w:rPr>
              <w:t xml:space="preserve">  Pacific</w:t>
            </w:r>
          </w:p>
        </w:tc>
        <w:tc>
          <w:tcPr>
            <w:tcW w:w="4675" w:type="dxa"/>
            <w:tcBorders>
              <w:left w:val="single" w:color="FBD4B4" w:themeColor="accent6" w:themeTint="66" w:sz="12"/>
            </w:tcBorders>
            <w:tcMar/>
          </w:tcPr>
          <w:p w:rsidRPr="009F0BAF" w:rsidR="003968B6" w:rsidP="0473776C" w:rsidRDefault="00C318EB" w14:paraId="09377AEC" w14:textId="1ABA417C">
            <w:pPr>
              <w:jc w:val="center"/>
              <w:rPr>
                <w:rFonts w:ascii="Perpetua" w:hAnsi="Perpetua"/>
                <w:b w:val="1"/>
                <w:bCs w:val="1"/>
                <w:sz w:val="28"/>
                <w:szCs w:val="28"/>
              </w:rPr>
            </w:pPr>
            <w:r w:rsidRPr="0473776C" w:rsidR="5506FDD7">
              <w:rPr>
                <w:rFonts w:ascii="Segoe UI Emoji" w:hAnsi="Segoe UI Emoji" w:eastAsia="Segoe UI Emoji" w:cs="Segoe UI Emoji"/>
              </w:rPr>
              <w:t>🌦</w:t>
            </w:r>
            <w:r w:rsidRPr="0473776C" w:rsidR="5506FDD7">
              <w:rPr>
                <w:rFonts w:ascii="Perpetua" w:hAnsi="Perpetua"/>
                <w:sz w:val="28"/>
                <w:szCs w:val="28"/>
              </w:rPr>
              <w:t>️</w:t>
            </w:r>
            <w:r w:rsidRPr="0473776C" w:rsidR="5506FDD7">
              <w:rPr>
                <w:rFonts w:ascii="Perpetua" w:hAnsi="Perpetua"/>
                <w:b w:val="1"/>
                <w:bCs w:val="1"/>
                <w:sz w:val="28"/>
                <w:szCs w:val="28"/>
              </w:rPr>
              <w:t xml:space="preserve"> </w:t>
            </w:r>
            <w:r w:rsidRPr="0473776C" w:rsidR="5506FDD7">
              <w:rPr>
                <w:rFonts w:ascii="Perpetua" w:hAnsi="Perpetua"/>
                <w:b w:val="1"/>
                <w:bCs w:val="1"/>
                <w:sz w:val="28"/>
                <w:szCs w:val="28"/>
              </w:rPr>
              <w:t>Weather</w:t>
            </w:r>
          </w:p>
        </w:tc>
      </w:tr>
      <w:tr w:rsidRPr="009F0BAF" w:rsidR="003968B6" w:rsidTr="0473776C" w14:paraId="6929BF3F" w14:textId="77777777">
        <w:tc>
          <w:tcPr>
            <w:tcW w:w="4675" w:type="dxa"/>
            <w:tcBorders>
              <w:top w:val="single" w:color="FBD4B4" w:themeColor="accent6" w:themeTint="66" w:sz="12"/>
            </w:tcBorders>
            <w:tcMar/>
          </w:tcPr>
          <w:p w:rsidRPr="00005C8D" w:rsidR="003968B6" w:rsidP="0473776C" w:rsidRDefault="00C318EB" w14:paraId="27FB65CA" w14:textId="1914EC05">
            <w:pPr>
              <w:rPr>
                <w:rFonts w:ascii="Perpetua" w:hAnsi="Perpetua"/>
                <w:sz w:val="28"/>
                <w:szCs w:val="28"/>
              </w:rPr>
            </w:pPr>
            <w:r w:rsidRPr="0473776C" w:rsidR="5506FDD7">
              <w:rPr>
                <w:rFonts w:ascii="Segoe UI Emoji" w:hAnsi="Segoe UI Emoji" w:eastAsia="Segoe UI Emoji" w:cs="Segoe UI Emoji"/>
              </w:rPr>
              <w:t>💲</w:t>
            </w:r>
            <w:r w:rsidRPr="0473776C" w:rsidR="18722CEC">
              <w:rPr>
                <w:rFonts w:ascii="Segoe UI Emoji" w:hAnsi="Segoe UI Emoji" w:eastAsia="Segoe UI Emoji" w:cs="Segoe UI Emoji"/>
              </w:rPr>
              <w:t xml:space="preserve"> </w:t>
            </w:r>
            <w:r w:rsidRPr="0473776C" w:rsidR="0071054A">
              <w:rPr>
                <w:rFonts w:ascii="Perpetua" w:hAnsi="Perpetua"/>
                <w:b w:val="1"/>
                <w:bCs w:val="1"/>
                <w:sz w:val="28"/>
                <w:szCs w:val="28"/>
              </w:rPr>
              <w:t>Currency</w:t>
            </w:r>
            <w:r w:rsidRPr="0473776C" w:rsidR="080191CF">
              <w:rPr>
                <w:rFonts w:ascii="Perpetua" w:hAnsi="Perpetua"/>
                <w:b w:val="1"/>
                <w:bCs w:val="1"/>
                <w:sz w:val="28"/>
                <w:szCs w:val="28"/>
              </w:rPr>
              <w:t>/</w:t>
            </w:r>
            <w:r w:rsidRPr="0473776C" w:rsidR="5506FDD7">
              <w:rPr>
                <w:rFonts w:ascii="Perpetua" w:hAnsi="Perpetua"/>
                <w:b w:val="1"/>
                <w:bCs w:val="1"/>
                <w:sz w:val="28"/>
                <w:szCs w:val="28"/>
              </w:rPr>
              <w:t>Conversion Rate</w:t>
            </w:r>
            <w:r w:rsidRPr="0473776C" w:rsidR="0071054A">
              <w:rPr>
                <w:rFonts w:ascii="Perpetua" w:hAnsi="Perpetua"/>
                <w:b w:val="1"/>
                <w:bCs w:val="1"/>
                <w:sz w:val="28"/>
                <w:szCs w:val="28"/>
              </w:rPr>
              <w:t>:</w:t>
            </w:r>
          </w:p>
          <w:p w:rsidRPr="00005C8D" w:rsidR="003968B6" w:rsidP="0473776C" w:rsidRDefault="00C318EB" w14:paraId="533C5C9C" w14:textId="0CFB336B">
            <w:pPr>
              <w:rPr>
                <w:rFonts w:ascii="Perpetua" w:hAnsi="Perpetua"/>
                <w:b w:val="1"/>
                <w:bCs w:val="1"/>
                <w:sz w:val="28"/>
                <w:szCs w:val="28"/>
              </w:rPr>
            </w:pPr>
            <w:r w:rsidRPr="0473776C" w:rsidR="6AAA357B">
              <w:rPr>
                <w:rFonts w:ascii="Perpetua" w:hAnsi="Perpetua"/>
                <w:b w:val="1"/>
                <w:bCs w:val="1"/>
                <w:sz w:val="28"/>
                <w:szCs w:val="28"/>
              </w:rPr>
              <w:t>$US Dollars/na</w:t>
            </w:r>
          </w:p>
        </w:tc>
        <w:tc>
          <w:tcPr>
            <w:tcW w:w="4675" w:type="dxa"/>
            <w:tcMar/>
          </w:tcPr>
          <w:p w:rsidRPr="009F0BAF" w:rsidR="00F36B56" w:rsidRDefault="00F36B56" w14:paraId="4DB9BA37" w14:textId="3D8C6124">
            <w:pPr>
              <w:rPr>
                <w:rFonts w:ascii="Perpetua" w:hAnsi="Perpetua"/>
                <w:sz w:val="28"/>
                <w:szCs w:val="28"/>
              </w:rPr>
            </w:pPr>
            <w:r w:rsidRPr="0473776C" w:rsidR="5506FDD7">
              <w:rPr>
                <w:rFonts w:ascii="Perpetua" w:hAnsi="Perpetua"/>
                <w:sz w:val="28"/>
                <w:szCs w:val="28"/>
              </w:rPr>
              <w:t>Day 1:</w:t>
            </w:r>
            <w:r w:rsidRPr="0473776C" w:rsidR="7A231DBC">
              <w:rPr>
                <w:rFonts w:ascii="Perpetua" w:hAnsi="Perpetua"/>
                <w:sz w:val="28"/>
                <w:szCs w:val="28"/>
              </w:rPr>
              <w:t xml:space="preserve">  7</w:t>
            </w:r>
            <w:r w:rsidRPr="0473776C" w:rsidR="69D6FF8D">
              <w:rPr>
                <w:rFonts w:ascii="Perpetua" w:hAnsi="Perpetua"/>
                <w:sz w:val="28"/>
                <w:szCs w:val="28"/>
              </w:rPr>
              <w:t>0</w:t>
            </w:r>
            <w:r w:rsidRPr="0473776C" w:rsidR="7A231DBC">
              <w:rPr>
                <w:rFonts w:ascii="Perpetua" w:hAnsi="Perpetua"/>
                <w:sz w:val="28"/>
                <w:szCs w:val="28"/>
              </w:rPr>
              <w:t>F, Cloudy</w:t>
            </w:r>
          </w:p>
        </w:tc>
      </w:tr>
      <w:tr w:rsidRPr="009F0BAF" w:rsidR="008E4C16" w:rsidTr="0473776C" w14:paraId="351B7120" w14:textId="77777777">
        <w:tc>
          <w:tcPr>
            <w:tcW w:w="4675" w:type="dxa"/>
            <w:tcMar/>
          </w:tcPr>
          <w:p w:rsidRPr="009F0BAF" w:rsidR="008E4C16" w:rsidP="0473776C" w:rsidRDefault="00ED37A7" w14:paraId="5EB39686" w14:textId="2F59A0AA">
            <w:pPr>
              <w:rPr>
                <w:rFonts w:ascii="Perpetua" w:hAnsi="Perpetua"/>
                <w:b w:val="1"/>
                <w:bCs w:val="1"/>
                <w:sz w:val="28"/>
                <w:szCs w:val="28"/>
              </w:rPr>
            </w:pPr>
            <w:r w:rsidRPr="0473776C" w:rsidR="193AFDB9">
              <w:rPr>
                <w:rFonts w:ascii="Segoe UI Emoji" w:hAnsi="Segoe UI Emoji" w:eastAsia="Segoe UI Emoji" w:cs="Segoe UI Emoji"/>
              </w:rPr>
              <w:t>✈</w:t>
            </w:r>
            <w:r w:rsidRPr="0473776C" w:rsidR="193AFDB9">
              <w:rPr>
                <w:rFonts w:ascii="Perpetua" w:hAnsi="Perpetua"/>
                <w:sz w:val="28"/>
                <w:szCs w:val="28"/>
              </w:rPr>
              <w:t xml:space="preserve">️Flight Information </w:t>
            </w:r>
            <w:r w:rsidRPr="0473776C" w:rsidR="7A6974BB">
              <w:rPr>
                <w:rFonts w:ascii="Perpetua" w:hAnsi="Perpetua"/>
                <w:b w:val="1"/>
                <w:bCs w:val="1"/>
                <w:sz w:val="28"/>
                <w:szCs w:val="28"/>
              </w:rPr>
              <w:t>FROM</w:t>
            </w:r>
            <w:r w:rsidRPr="0473776C" w:rsidR="534EF191">
              <w:rPr>
                <w:rFonts w:ascii="Perpetua" w:hAnsi="Perpetua"/>
                <w:sz w:val="28"/>
                <w:szCs w:val="28"/>
              </w:rPr>
              <w:t xml:space="preserve"> </w:t>
            </w:r>
            <w:r w:rsidRPr="0473776C" w:rsidR="5C9642F4">
              <w:rPr>
                <w:rFonts w:ascii="Perpetua" w:hAnsi="Perpetua"/>
                <w:sz w:val="28"/>
                <w:szCs w:val="28"/>
              </w:rPr>
              <w:t>New York, NY</w:t>
            </w:r>
            <w:r w:rsidRPr="0473776C" w:rsidR="7A6974BB">
              <w:rPr>
                <w:rFonts w:ascii="Perpetua" w:hAnsi="Perpetua"/>
                <w:sz w:val="28"/>
                <w:szCs w:val="28"/>
              </w:rPr>
              <w:t xml:space="preserve"> </w:t>
            </w:r>
            <w:r w:rsidRPr="0473776C" w:rsidR="7A6974BB">
              <w:rPr>
                <w:rFonts w:ascii="Perpetua" w:hAnsi="Perpetua"/>
                <w:b w:val="1"/>
                <w:bCs w:val="1"/>
                <w:sz w:val="28"/>
                <w:szCs w:val="28"/>
              </w:rPr>
              <w:t xml:space="preserve">TO </w:t>
            </w:r>
            <w:r w:rsidRPr="0473776C" w:rsidR="1154E8EF">
              <w:rPr>
                <w:rFonts w:ascii="Perpetua" w:hAnsi="Perpetua"/>
                <w:b w:val="0"/>
                <w:bCs w:val="0"/>
                <w:sz w:val="28"/>
                <w:szCs w:val="28"/>
              </w:rPr>
              <w:t>San Francisco, CA</w:t>
            </w:r>
          </w:p>
        </w:tc>
        <w:tc>
          <w:tcPr>
            <w:tcW w:w="4675" w:type="dxa"/>
            <w:tcMar/>
          </w:tcPr>
          <w:p w:rsidRPr="009F0BAF" w:rsidR="008E4C16" w:rsidP="00C00242" w:rsidRDefault="003F3EE1" w14:paraId="2AA272D0" w14:textId="02A4C412">
            <w:pPr>
              <w:rPr>
                <w:rFonts w:ascii="Perpetua" w:hAnsi="Perpetua"/>
                <w:sz w:val="28"/>
                <w:szCs w:val="28"/>
              </w:rPr>
            </w:pPr>
            <w:r w:rsidRPr="0473776C" w:rsidR="534EF191">
              <w:rPr>
                <w:rFonts w:ascii="Segoe UI Emoji" w:hAnsi="Segoe UI Emoji" w:eastAsia="Segoe UI Emoji" w:cs="Segoe UI Emoji"/>
              </w:rPr>
              <w:t>✈</w:t>
            </w:r>
            <w:r w:rsidRPr="0473776C" w:rsidR="534EF191">
              <w:rPr>
                <w:rFonts w:ascii="Perpetua" w:hAnsi="Perpetua"/>
                <w:sz w:val="28"/>
                <w:szCs w:val="28"/>
              </w:rPr>
              <w:t>️</w:t>
            </w:r>
            <w:r w:rsidRPr="0473776C" w:rsidR="2D2C2D8D">
              <w:rPr>
                <w:rFonts w:ascii="Perpetua" w:hAnsi="Perpetua"/>
                <w:sz w:val="28"/>
                <w:szCs w:val="28"/>
              </w:rPr>
              <w:t xml:space="preserve">Return </w:t>
            </w:r>
            <w:r w:rsidRPr="0473776C" w:rsidR="534EF191">
              <w:rPr>
                <w:rFonts w:ascii="Perpetua" w:hAnsi="Perpetua"/>
                <w:sz w:val="28"/>
                <w:szCs w:val="28"/>
              </w:rPr>
              <w:t xml:space="preserve">Flight Information </w:t>
            </w:r>
            <w:r w:rsidRPr="0473776C" w:rsidR="534EF191">
              <w:rPr>
                <w:rFonts w:ascii="Perpetua" w:hAnsi="Perpetua"/>
                <w:b w:val="1"/>
                <w:bCs w:val="1"/>
                <w:sz w:val="28"/>
                <w:szCs w:val="28"/>
              </w:rPr>
              <w:t>FROM</w:t>
            </w:r>
            <w:r w:rsidRPr="0473776C" w:rsidR="534EF191">
              <w:rPr>
                <w:rFonts w:ascii="Perpetua" w:hAnsi="Perpetua"/>
                <w:sz w:val="28"/>
                <w:szCs w:val="28"/>
              </w:rPr>
              <w:t xml:space="preserve"> </w:t>
            </w:r>
            <w:r w:rsidRPr="0473776C" w:rsidR="00CB7A42">
              <w:rPr>
                <w:rFonts w:ascii="Perpetua" w:hAnsi="Perpetua"/>
                <w:sz w:val="28"/>
                <w:szCs w:val="28"/>
              </w:rPr>
              <w:t>Monterrey, CA</w:t>
            </w:r>
            <w:r w:rsidRPr="0473776C" w:rsidR="7A6974BB">
              <w:rPr>
                <w:rFonts w:ascii="Perpetua" w:hAnsi="Perpetua"/>
                <w:sz w:val="28"/>
                <w:szCs w:val="28"/>
              </w:rPr>
              <w:t xml:space="preserve"> </w:t>
            </w:r>
            <w:r w:rsidRPr="0473776C" w:rsidR="7A6974BB">
              <w:rPr>
                <w:rFonts w:ascii="Perpetua" w:hAnsi="Perpetua"/>
                <w:b w:val="1"/>
                <w:bCs w:val="1"/>
                <w:sz w:val="28"/>
                <w:szCs w:val="28"/>
              </w:rPr>
              <w:t>TO</w:t>
            </w:r>
            <w:r w:rsidRPr="0473776C" w:rsidR="7A6974BB">
              <w:rPr>
                <w:rFonts w:ascii="Perpetua" w:hAnsi="Perpetua"/>
                <w:sz w:val="28"/>
                <w:szCs w:val="28"/>
              </w:rPr>
              <w:t xml:space="preserve"> </w:t>
            </w:r>
            <w:r w:rsidRPr="0473776C" w:rsidR="4BD4DC8D">
              <w:rPr>
                <w:rFonts w:ascii="Perpetua" w:hAnsi="Perpetua"/>
                <w:sz w:val="28"/>
                <w:szCs w:val="28"/>
              </w:rPr>
              <w:t>New York, NY</w:t>
            </w:r>
          </w:p>
        </w:tc>
      </w:tr>
      <w:tr w:rsidRPr="009F0BAF" w:rsidR="008E4C16" w:rsidTr="0473776C" w14:paraId="2964DCDC" w14:textId="77777777">
        <w:tc>
          <w:tcPr>
            <w:tcW w:w="4675" w:type="dxa"/>
            <w:tcMar/>
          </w:tcPr>
          <w:p w:rsidRPr="009F0BAF" w:rsidR="008E4C16" w:rsidP="00564268" w:rsidRDefault="003F3EE1" w14:paraId="44F3603B" w14:textId="41ABEA95">
            <w:pPr>
              <w:rPr>
                <w:rFonts w:ascii="Perpetua" w:hAnsi="Perpetua"/>
                <w:sz w:val="28"/>
                <w:szCs w:val="28"/>
              </w:rPr>
            </w:pPr>
            <w:r w:rsidRPr="0473776C" w:rsidR="534EF191">
              <w:rPr>
                <w:rFonts w:ascii="Perpetua" w:hAnsi="Perpetua"/>
                <w:sz w:val="28"/>
                <w:szCs w:val="28"/>
              </w:rPr>
              <w:t>Airline:</w:t>
            </w:r>
            <w:r w:rsidRPr="0473776C" w:rsidR="26E4B6F5">
              <w:rPr>
                <w:rFonts w:ascii="Perpetua" w:hAnsi="Perpetua"/>
                <w:sz w:val="28"/>
                <w:szCs w:val="28"/>
              </w:rPr>
              <w:t xml:space="preserve"> N/A (taking an Uber from San Francisco to Carmel, </w:t>
            </w:r>
            <w:r w:rsidRPr="0473776C" w:rsidR="26E4B6F5">
              <w:rPr>
                <w:rFonts w:ascii="Perpetua" w:hAnsi="Perpetua"/>
                <w:sz w:val="28"/>
                <w:szCs w:val="28"/>
              </w:rPr>
              <w:t>approx</w:t>
            </w:r>
            <w:r w:rsidRPr="0473776C" w:rsidR="26E4B6F5">
              <w:rPr>
                <w:rFonts w:ascii="Perpetua" w:hAnsi="Perpetua"/>
                <w:sz w:val="28"/>
                <w:szCs w:val="28"/>
              </w:rPr>
              <w:t xml:space="preserve"> $200.00</w:t>
            </w:r>
            <w:r w:rsidRPr="0473776C" w:rsidR="2B7A15D4">
              <w:rPr>
                <w:rFonts w:ascii="Perpetua" w:hAnsi="Perpetua"/>
                <w:sz w:val="28"/>
                <w:szCs w:val="28"/>
              </w:rPr>
              <w:t>)</w:t>
            </w:r>
          </w:p>
          <w:p w:rsidRPr="009F0BAF" w:rsidR="000B6212" w:rsidP="00564268" w:rsidRDefault="000B6212" w14:paraId="78CFB11D" w14:textId="06DF2ADD">
            <w:pPr>
              <w:rPr>
                <w:rFonts w:ascii="Perpetua" w:hAnsi="Perpetua"/>
                <w:sz w:val="28"/>
                <w:szCs w:val="28"/>
              </w:rPr>
            </w:pPr>
          </w:p>
        </w:tc>
        <w:tc>
          <w:tcPr>
            <w:tcW w:w="4675" w:type="dxa"/>
            <w:tcMar/>
          </w:tcPr>
          <w:p w:rsidRPr="009F0BAF" w:rsidR="003F3EE1" w:rsidP="003F3EE1" w:rsidRDefault="003F3EE1" w14:paraId="3B56F4A4" w14:textId="4E59C814">
            <w:pPr>
              <w:rPr>
                <w:rFonts w:ascii="Perpetua" w:hAnsi="Perpetua"/>
                <w:sz w:val="28"/>
                <w:szCs w:val="28"/>
              </w:rPr>
            </w:pPr>
            <w:r w:rsidRPr="0473776C" w:rsidR="534EF191">
              <w:rPr>
                <w:rFonts w:ascii="Perpetua" w:hAnsi="Perpetua"/>
                <w:sz w:val="28"/>
                <w:szCs w:val="28"/>
              </w:rPr>
              <w:t>Airline:</w:t>
            </w:r>
            <w:r w:rsidRPr="0473776C" w:rsidR="1CD5A6CA">
              <w:rPr>
                <w:rFonts w:ascii="Perpetua" w:hAnsi="Perpetua"/>
                <w:sz w:val="28"/>
                <w:szCs w:val="28"/>
              </w:rPr>
              <w:t xml:space="preserve">  United Airlines</w:t>
            </w:r>
          </w:p>
          <w:p w:rsidRPr="009F0BAF" w:rsidR="003F3EE1" w:rsidP="003F3EE1" w:rsidRDefault="003F3EE1" w14:paraId="11F40F79" w14:textId="47BEFCE8">
            <w:pPr>
              <w:rPr>
                <w:rFonts w:ascii="Perpetua" w:hAnsi="Perpetua"/>
                <w:sz w:val="28"/>
                <w:szCs w:val="28"/>
              </w:rPr>
            </w:pPr>
            <w:r w:rsidRPr="0473776C" w:rsidR="534EF191">
              <w:rPr>
                <w:rFonts w:ascii="Perpetua" w:hAnsi="Perpetua"/>
                <w:sz w:val="28"/>
                <w:szCs w:val="28"/>
              </w:rPr>
              <w:t>Flight Number:</w:t>
            </w:r>
            <w:r w:rsidRPr="0473776C" w:rsidR="1DF6C2CA">
              <w:rPr>
                <w:rFonts w:ascii="Perpetua" w:hAnsi="Perpetua"/>
                <w:sz w:val="28"/>
                <w:szCs w:val="28"/>
              </w:rPr>
              <w:t xml:space="preserve">  A502</w:t>
            </w:r>
          </w:p>
          <w:p w:rsidR="003F3EE1" w:rsidP="003F3EE1" w:rsidRDefault="003F3EE1" w14:paraId="5B024AE7" w14:textId="076649E8">
            <w:pPr>
              <w:rPr>
                <w:rFonts w:ascii="Perpetua" w:hAnsi="Perpetua"/>
                <w:sz w:val="28"/>
                <w:szCs w:val="28"/>
              </w:rPr>
            </w:pPr>
            <w:r w:rsidRPr="0473776C" w:rsidR="534EF191">
              <w:rPr>
                <w:rFonts w:ascii="Perpetua" w:hAnsi="Perpetua"/>
                <w:sz w:val="28"/>
                <w:szCs w:val="28"/>
              </w:rPr>
              <w:t>Departure Date</w:t>
            </w:r>
            <w:r w:rsidRPr="0473776C" w:rsidR="4BA0314D">
              <w:rPr>
                <w:rFonts w:ascii="Perpetua" w:hAnsi="Perpetua"/>
                <w:sz w:val="28"/>
                <w:szCs w:val="28"/>
              </w:rPr>
              <w:t>/</w:t>
            </w:r>
            <w:r w:rsidRPr="0473776C" w:rsidR="7A6974BB">
              <w:rPr>
                <w:rFonts w:ascii="Perpetua" w:hAnsi="Perpetua"/>
                <w:sz w:val="28"/>
                <w:szCs w:val="28"/>
              </w:rPr>
              <w:t>Time</w:t>
            </w:r>
            <w:r w:rsidRPr="0473776C" w:rsidR="534EF191">
              <w:rPr>
                <w:rFonts w:ascii="Perpetua" w:hAnsi="Perpetua"/>
                <w:sz w:val="28"/>
                <w:szCs w:val="28"/>
              </w:rPr>
              <w:t>:</w:t>
            </w:r>
          </w:p>
          <w:p w:rsidRPr="009F0BAF" w:rsidR="000B6212" w:rsidP="003F3EE1" w:rsidRDefault="000B6212" w14:paraId="4323279C" w14:textId="6128AC6A">
            <w:pPr>
              <w:rPr>
                <w:rFonts w:ascii="Perpetua" w:hAnsi="Perpetua"/>
                <w:sz w:val="28"/>
                <w:szCs w:val="28"/>
              </w:rPr>
            </w:pPr>
            <w:r w:rsidRPr="0473776C" w:rsidR="3807B6E3">
              <w:rPr>
                <w:rFonts w:ascii="Perpetua" w:hAnsi="Perpetua"/>
                <w:sz w:val="28"/>
                <w:szCs w:val="28"/>
              </w:rPr>
              <w:t xml:space="preserve">September 5, </w:t>
            </w:r>
            <w:r w:rsidRPr="0473776C" w:rsidR="3807B6E3">
              <w:rPr>
                <w:rFonts w:ascii="Perpetua" w:hAnsi="Perpetua"/>
                <w:sz w:val="28"/>
                <w:szCs w:val="28"/>
              </w:rPr>
              <w:t>2018</w:t>
            </w:r>
            <w:r w:rsidRPr="0473776C" w:rsidR="3807B6E3">
              <w:rPr>
                <w:rFonts w:ascii="Perpetua" w:hAnsi="Perpetua"/>
                <w:sz w:val="28"/>
                <w:szCs w:val="28"/>
              </w:rPr>
              <w:t xml:space="preserve"> 8:00am</w:t>
            </w:r>
          </w:p>
          <w:p w:rsidRPr="009F0BAF" w:rsidR="008E4C16" w:rsidP="0473776C" w:rsidRDefault="009F0BAF" w14:paraId="37D9F2D7" w14:textId="57676398">
            <w:pPr>
              <w:rPr>
                <w:rFonts w:ascii="Perpetua" w:hAnsi="Perpetua"/>
                <w:sz w:val="28"/>
                <w:szCs w:val="28"/>
              </w:rPr>
            </w:pPr>
            <w:r w:rsidRPr="0473776C" w:rsidR="7A6974BB">
              <w:rPr>
                <w:rFonts w:ascii="Perpetua" w:hAnsi="Perpetua"/>
                <w:sz w:val="28"/>
                <w:szCs w:val="28"/>
              </w:rPr>
              <w:t>Arrival Date</w:t>
            </w:r>
            <w:r w:rsidRPr="0473776C" w:rsidR="4BA0314D">
              <w:rPr>
                <w:rFonts w:ascii="Perpetua" w:hAnsi="Perpetua"/>
                <w:sz w:val="28"/>
                <w:szCs w:val="28"/>
              </w:rPr>
              <w:t>/</w:t>
            </w:r>
            <w:r w:rsidRPr="0473776C" w:rsidR="534EF191">
              <w:rPr>
                <w:rFonts w:ascii="Perpetua" w:hAnsi="Perpetua"/>
                <w:sz w:val="28"/>
                <w:szCs w:val="28"/>
              </w:rPr>
              <w:t>Time:</w:t>
            </w:r>
          </w:p>
          <w:p w:rsidRPr="009F0BAF" w:rsidR="008E4C16" w:rsidP="003F3EE1" w:rsidRDefault="009F0BAF" w14:paraId="0DC3BE36" w14:textId="16DD2691">
            <w:pPr>
              <w:rPr>
                <w:rFonts w:ascii="Perpetua" w:hAnsi="Perpetua"/>
                <w:sz w:val="28"/>
                <w:szCs w:val="28"/>
              </w:rPr>
            </w:pPr>
            <w:r w:rsidRPr="0473776C" w:rsidR="45B1BBBD">
              <w:rPr>
                <w:rFonts w:ascii="Perpetua" w:hAnsi="Perpetua"/>
                <w:sz w:val="28"/>
                <w:szCs w:val="28"/>
              </w:rPr>
              <w:t>September 5, 2018, 4:00pm</w:t>
            </w:r>
          </w:p>
        </w:tc>
      </w:tr>
      <w:tr w:rsidRPr="009F0BAF" w:rsidR="003F3EE1" w:rsidTr="0473776C" w14:paraId="78371929" w14:textId="77777777">
        <w:tc>
          <w:tcPr>
            <w:tcW w:w="9350" w:type="dxa"/>
            <w:gridSpan w:val="2"/>
            <w:tcBorders>
              <w:top w:val="single" w:color="000000" w:themeColor="text1" w:sz="4"/>
            </w:tcBorders>
            <w:tcMar/>
          </w:tcPr>
          <w:p w:rsidRPr="009F0BAF" w:rsidR="003F3EE1" w:rsidP="0473776C" w:rsidRDefault="003F3EE1" w14:paraId="6B4604E8" w14:textId="332E8233">
            <w:pPr>
              <w:jc w:val="center"/>
              <w:rPr>
                <w:rFonts w:ascii="Perpetua" w:hAnsi="Perpetua"/>
                <w:b w:val="1"/>
                <w:bCs w:val="1"/>
                <w:sz w:val="28"/>
                <w:szCs w:val="28"/>
              </w:rPr>
            </w:pPr>
            <w:r w:rsidRPr="0473776C" w:rsidR="534EF191">
              <w:rPr>
                <w:rFonts w:ascii="Segoe UI Emoji" w:hAnsi="Segoe UI Emoji" w:eastAsia="Segoe UI Emoji" w:cs="Segoe UI Emoji"/>
              </w:rPr>
              <w:t>🏩</w:t>
            </w:r>
            <w:r w:rsidRPr="0473776C" w:rsidR="534EF191">
              <w:rPr>
                <w:rFonts w:ascii="Perpetua" w:hAnsi="Perpetua"/>
                <w:b w:val="1"/>
                <w:bCs w:val="1"/>
                <w:sz w:val="28"/>
                <w:szCs w:val="28"/>
              </w:rPr>
              <w:t>Hotel</w:t>
            </w:r>
            <w:r w:rsidRPr="0473776C" w:rsidR="432D58D8">
              <w:rPr>
                <w:rFonts w:ascii="Perpetua" w:hAnsi="Perpetua"/>
                <w:b w:val="1"/>
                <w:bCs w:val="1"/>
                <w:sz w:val="28"/>
                <w:szCs w:val="28"/>
              </w:rPr>
              <w:t xml:space="preserve"> - </w:t>
            </w:r>
            <w:r w:rsidRPr="0473776C" w:rsidR="07651F9B">
              <w:rPr>
                <w:rFonts w:ascii="Perpetua" w:hAnsi="Perpetua"/>
                <w:b w:val="1"/>
                <w:bCs w:val="1"/>
                <w:sz w:val="28"/>
                <w:szCs w:val="28"/>
              </w:rPr>
              <w:t>Casa de Carmel Inn</w:t>
            </w:r>
          </w:p>
        </w:tc>
      </w:tr>
      <w:tr w:rsidRPr="009F0BAF" w:rsidR="008E4C16" w:rsidTr="0473776C" w14:paraId="38406029" w14:textId="77777777">
        <w:tc>
          <w:tcPr>
            <w:tcW w:w="4675" w:type="dxa"/>
            <w:tcMar/>
          </w:tcPr>
          <w:p w:rsidRPr="009F0BAF" w:rsidR="008E4C16" w:rsidP="00564268" w:rsidRDefault="003F3EE1" w14:paraId="70016C3B" w14:textId="77777777">
            <w:pPr>
              <w:rPr>
                <w:rFonts w:ascii="Perpetua" w:hAnsi="Perpetua"/>
                <w:sz w:val="28"/>
                <w:szCs w:val="28"/>
              </w:rPr>
            </w:pPr>
            <w:r w:rsidRPr="009F0BAF">
              <w:rPr>
                <w:rFonts w:ascii="Perpetua" w:hAnsi="Perpetua"/>
                <w:sz w:val="28"/>
                <w:szCs w:val="28"/>
              </w:rPr>
              <w:t>Address:</w:t>
            </w:r>
          </w:p>
          <w:p w:rsidRPr="009F0BAF" w:rsidR="003F3EE1" w:rsidP="00564268" w:rsidRDefault="003F3EE1" w14:paraId="3E90CBBA" w14:textId="4F71022F">
            <w:pPr>
              <w:rPr>
                <w:rFonts w:ascii="Perpetua" w:hAnsi="Perpetua"/>
                <w:sz w:val="28"/>
                <w:szCs w:val="28"/>
              </w:rPr>
            </w:pPr>
            <w:r w:rsidRPr="0473776C" w:rsidR="3B9BB124">
              <w:rPr>
                <w:rFonts w:ascii="Perpetua" w:hAnsi="Perpetua"/>
                <w:sz w:val="28"/>
                <w:szCs w:val="28"/>
              </w:rPr>
              <w:t>Monte Verde, between Ocean and 7th</w:t>
            </w:r>
          </w:p>
          <w:p w:rsidRPr="009F0BAF" w:rsidR="003F3EE1" w:rsidP="00564268" w:rsidRDefault="003F3EE1" w14:paraId="7CAFA6F0" w14:textId="55A03F9B">
            <w:pPr>
              <w:rPr>
                <w:rFonts w:ascii="Perpetua" w:hAnsi="Perpetua"/>
                <w:sz w:val="28"/>
                <w:szCs w:val="28"/>
              </w:rPr>
            </w:pPr>
            <w:r w:rsidRPr="0473776C" w:rsidR="31AE143E">
              <w:rPr>
                <w:rFonts w:ascii="Perpetua" w:hAnsi="Perpetua"/>
                <w:sz w:val="28"/>
                <w:szCs w:val="28"/>
              </w:rPr>
              <w:t>Carmel-by-the-Sea, CA</w:t>
            </w:r>
          </w:p>
          <w:p w:rsidRPr="009F0BAF" w:rsidR="003F3EE1" w:rsidP="00564268" w:rsidRDefault="003F3EE1" w14:paraId="74CD34D9" w14:textId="54238B2E">
            <w:pPr>
              <w:rPr>
                <w:rFonts w:ascii="Perpetua" w:hAnsi="Perpetua"/>
                <w:sz w:val="28"/>
                <w:szCs w:val="28"/>
              </w:rPr>
            </w:pPr>
            <w:r w:rsidRPr="0473776C" w:rsidR="534EF191">
              <w:rPr>
                <w:rFonts w:ascii="Perpetua" w:hAnsi="Perpetua"/>
                <w:sz w:val="28"/>
                <w:szCs w:val="28"/>
              </w:rPr>
              <w:t>Phone Number:</w:t>
            </w:r>
            <w:r w:rsidRPr="0473776C" w:rsidR="349EA77E">
              <w:rPr>
                <w:rFonts w:ascii="Perpetua" w:hAnsi="Perpetua"/>
                <w:sz w:val="28"/>
                <w:szCs w:val="28"/>
              </w:rPr>
              <w:t xml:space="preserve">  </w:t>
            </w:r>
            <w:r w:rsidRPr="0473776C" w:rsidR="52548EAD">
              <w:rPr>
                <w:rFonts w:ascii="Perpetua" w:hAnsi="Perpetua"/>
                <w:sz w:val="28"/>
                <w:szCs w:val="28"/>
              </w:rPr>
              <w:t>(</w:t>
            </w:r>
            <w:r w:rsidRPr="0473776C" w:rsidR="349EA77E">
              <w:rPr>
                <w:rFonts w:ascii="Perpetua" w:hAnsi="Perpetua"/>
                <w:sz w:val="28"/>
                <w:szCs w:val="28"/>
              </w:rPr>
              <w:t>831) 624-6046</w:t>
            </w:r>
          </w:p>
        </w:tc>
        <w:tc>
          <w:tcPr>
            <w:tcW w:w="4675" w:type="dxa"/>
            <w:tcMar/>
          </w:tcPr>
          <w:p w:rsidRPr="009F0BAF" w:rsidR="008E4C16" w:rsidP="00564268" w:rsidRDefault="003F3EE1" w14:paraId="71F526B7" w14:textId="37AC7A9B">
            <w:pPr>
              <w:rPr>
                <w:rFonts w:ascii="Perpetua" w:hAnsi="Perpetua"/>
                <w:sz w:val="28"/>
                <w:szCs w:val="28"/>
              </w:rPr>
            </w:pPr>
            <w:r w:rsidRPr="0473776C" w:rsidR="534EF191">
              <w:rPr>
                <w:rFonts w:ascii="Perpetua" w:hAnsi="Perpetua"/>
                <w:sz w:val="28"/>
                <w:szCs w:val="28"/>
              </w:rPr>
              <w:t>Reservation Number:</w:t>
            </w:r>
            <w:r w:rsidRPr="0473776C" w:rsidR="529711AD">
              <w:rPr>
                <w:rFonts w:ascii="Perpetua" w:hAnsi="Perpetua"/>
                <w:sz w:val="28"/>
                <w:szCs w:val="28"/>
              </w:rPr>
              <w:t xml:space="preserve"> XYZ234556</w:t>
            </w:r>
          </w:p>
          <w:p w:rsidR="0473776C" w:rsidP="0473776C" w:rsidRDefault="0473776C" w14:paraId="3DAECAAC" w14:textId="3E5F6CD2">
            <w:pPr>
              <w:rPr>
                <w:rFonts w:ascii="Perpetua" w:hAnsi="Perpetua"/>
                <w:sz w:val="28"/>
                <w:szCs w:val="28"/>
              </w:rPr>
            </w:pPr>
          </w:p>
          <w:p w:rsidRPr="009F0BAF" w:rsidR="003F3EE1" w:rsidP="00564268" w:rsidRDefault="003F3EE1" w14:paraId="0F68F6EF" w14:textId="4D5F178A">
            <w:pPr>
              <w:rPr>
                <w:rFonts w:ascii="Perpetua" w:hAnsi="Perpetua"/>
                <w:sz w:val="28"/>
                <w:szCs w:val="28"/>
              </w:rPr>
            </w:pPr>
            <w:r w:rsidRPr="0473776C" w:rsidR="534EF191">
              <w:rPr>
                <w:rFonts w:ascii="Perpetua" w:hAnsi="Perpetua"/>
                <w:sz w:val="28"/>
                <w:szCs w:val="28"/>
              </w:rPr>
              <w:t>Check-in Time:</w:t>
            </w:r>
            <w:r w:rsidRPr="0473776C" w:rsidR="07860094">
              <w:rPr>
                <w:rFonts w:ascii="Perpetua" w:hAnsi="Perpetua"/>
                <w:sz w:val="28"/>
                <w:szCs w:val="28"/>
              </w:rPr>
              <w:t xml:space="preserve">  2:00pm</w:t>
            </w:r>
            <w:r w:rsidRPr="0473776C" w:rsidR="0EC45A28">
              <w:rPr>
                <w:rFonts w:ascii="Perpetua" w:hAnsi="Perpetua"/>
                <w:sz w:val="28"/>
                <w:szCs w:val="28"/>
              </w:rPr>
              <w:t>, 9/</w:t>
            </w:r>
            <w:r w:rsidRPr="0473776C" w:rsidR="42D6102F">
              <w:rPr>
                <w:rFonts w:ascii="Perpetua" w:hAnsi="Perpetua"/>
                <w:sz w:val="28"/>
                <w:szCs w:val="28"/>
              </w:rPr>
              <w:t>5</w:t>
            </w:r>
            <w:r w:rsidRPr="0473776C" w:rsidR="0EC45A28">
              <w:rPr>
                <w:rFonts w:ascii="Perpetua" w:hAnsi="Perpetua"/>
                <w:sz w:val="28"/>
                <w:szCs w:val="28"/>
              </w:rPr>
              <w:t>/18</w:t>
            </w:r>
          </w:p>
          <w:p w:rsidRPr="009F0BAF" w:rsidR="003F3EE1" w:rsidP="003F3EE1" w:rsidRDefault="003F3EE1" w14:paraId="577B823E" w14:textId="523A2ECB">
            <w:pPr>
              <w:rPr>
                <w:rFonts w:ascii="Perpetua" w:hAnsi="Perpetua"/>
                <w:sz w:val="28"/>
                <w:szCs w:val="28"/>
              </w:rPr>
            </w:pPr>
            <w:r w:rsidRPr="0473776C" w:rsidR="534EF191">
              <w:rPr>
                <w:rFonts w:ascii="Perpetua" w:hAnsi="Perpetua"/>
                <w:sz w:val="28"/>
                <w:szCs w:val="28"/>
              </w:rPr>
              <w:t>Check-out Time:</w:t>
            </w:r>
            <w:r w:rsidRPr="0473776C" w:rsidR="322FFF1D">
              <w:rPr>
                <w:rFonts w:ascii="Perpetua" w:hAnsi="Perpetua"/>
                <w:sz w:val="28"/>
                <w:szCs w:val="28"/>
              </w:rPr>
              <w:t xml:space="preserve">  12:00pm</w:t>
            </w:r>
            <w:r w:rsidRPr="0473776C" w:rsidR="6F0D66E1">
              <w:rPr>
                <w:rFonts w:ascii="Perpetua" w:hAnsi="Perpetua"/>
                <w:sz w:val="28"/>
                <w:szCs w:val="28"/>
              </w:rPr>
              <w:t>, 9/</w:t>
            </w:r>
            <w:r w:rsidRPr="0473776C" w:rsidR="48B0CDAC">
              <w:rPr>
                <w:rFonts w:ascii="Perpetua" w:hAnsi="Perpetua"/>
                <w:sz w:val="28"/>
                <w:szCs w:val="28"/>
              </w:rPr>
              <w:t>6/18</w:t>
            </w:r>
          </w:p>
        </w:tc>
      </w:tr>
    </w:tbl>
    <w:p w:rsidRPr="00AE6F66" w:rsidR="003968B6" w:rsidP="000B6212" w:rsidRDefault="005D0918" w14:paraId="734D5EE7" w14:textId="54FEFD87">
      <w:pPr>
        <w:pStyle w:val="Heading2"/>
        <w:jc w:val="center"/>
        <w:rPr>
          <w:rFonts w:ascii="Perpetua Titling MT" w:hAnsi="Perpetua Titling MT"/>
          <w:color w:val="365F91" w:themeColor="accent1" w:themeShade="BF"/>
          <w:sz w:val="36"/>
          <w:szCs w:val="36"/>
        </w:rPr>
      </w:pPr>
      <w:r>
        <w:br w:type="page"/>
      </w:r>
      <w:r w:rsidRPr="00AE6F66">
        <w:rPr>
          <w:rFonts w:ascii="Perpetua Titling MT" w:hAnsi="Perpetua Titling MT"/>
          <w:color w:val="365F91" w:themeColor="accent1" w:themeShade="BF"/>
          <w:sz w:val="36"/>
          <w:szCs w:val="36"/>
        </w:rPr>
        <w:lastRenderedPageBreak/>
        <w:t>Day 1</w:t>
      </w:r>
    </w:p>
    <w:p w:rsidRPr="00F65A83" w:rsidR="4F880B67" w:rsidP="5DEE51EB" w:rsidRDefault="4F880B67" w14:paraId="291E2A0E" w14:textId="6A3B96ED">
      <w:pPr>
        <w:pStyle w:val="Heading2"/>
        <w:rPr>
          <w:rFonts w:ascii="Perpetua Titling MT" w:hAnsi="Perpetua Titling MT"/>
          <w:color w:val="365F91" w:themeColor="accent1" w:themeShade="BF"/>
          <w:sz w:val="28"/>
          <w:szCs w:val="28"/>
        </w:rPr>
      </w:pPr>
      <w:r w:rsidRPr="0473776C" w:rsidR="171AEA90">
        <w:rPr>
          <w:rFonts w:ascii="Perpetua Titling MT" w:hAnsi="Perpetua Titling MT"/>
          <w:color w:val="365F91" w:themeColor="accent1" w:themeTint="FF" w:themeShade="BF"/>
          <w:sz w:val="28"/>
          <w:szCs w:val="28"/>
        </w:rPr>
        <w:t>Shopping and Beach – September 5, 2018</w:t>
      </w:r>
    </w:p>
    <w:tbl>
      <w:tblPr>
        <w:tblStyle w:val="TableGrid"/>
        <w:tblW w:w="9361" w:type="dxa"/>
        <w:tblBorders>
          <w:top w:val="single" w:color="FBD4B4" w:themeColor="accent6" w:themeTint="66" w:sz="12"/>
          <w:left w:val="single" w:color="FBD4B4" w:themeColor="accent6" w:themeTint="66" w:sz="12"/>
          <w:bottom w:val="single" w:color="FBD4B4" w:themeColor="accent6" w:themeTint="66" w:sz="12"/>
          <w:right w:val="single" w:color="FBD4B4" w:themeColor="accent6" w:themeTint="66" w:sz="12"/>
          <w:insideH w:val="single" w:color="FBD4B4" w:themeColor="accent6" w:themeTint="66" w:sz="12"/>
          <w:insideV w:val="single" w:color="FBD4B4" w:themeColor="accent6" w:themeTint="66" w:sz="12"/>
        </w:tblBorders>
        <w:tblLook w:val="04A0" w:firstRow="1" w:lastRow="0" w:firstColumn="1" w:lastColumn="0" w:noHBand="0" w:noVBand="1"/>
      </w:tblPr>
      <w:tblGrid>
        <w:gridCol w:w="2339"/>
        <w:gridCol w:w="2338"/>
        <w:gridCol w:w="2339"/>
        <w:gridCol w:w="2334"/>
        <w:gridCol w:w="11"/>
      </w:tblGrid>
      <w:tr w:rsidR="003968B6" w:rsidTr="0473776C" w14:paraId="60EB8B7A" w14:textId="77777777">
        <w:trPr>
          <w:trHeight w:val="300"/>
        </w:trPr>
        <w:tc>
          <w:tcPr>
            <w:tcW w:w="2339" w:type="dxa"/>
            <w:tcMar/>
          </w:tcPr>
          <w:p w:rsidR="003968B6" w:rsidP="5DEE51EB" w:rsidRDefault="688BC39C" w14:paraId="6CB9D5D9" w14:textId="56C9A211">
            <w:pPr>
              <w:rPr>
                <w:rFonts w:ascii="Perpetua" w:hAnsi="Perpetua" w:eastAsia="Perpetua" w:cs="Perpetua"/>
                <w:b/>
                <w:bCs/>
                <w:color w:val="984806" w:themeColor="accent6" w:themeShade="80"/>
                <w:sz w:val="28"/>
                <w:szCs w:val="28"/>
              </w:rPr>
            </w:pPr>
            <w:r w:rsidRPr="5DEE51EB">
              <w:rPr>
                <w:rFonts w:ascii="Perpetua" w:hAnsi="Perpetua" w:eastAsia="Perpetua" w:cs="Perpetua"/>
                <w:b/>
                <w:bCs/>
                <w:color w:val="984806" w:themeColor="accent6" w:themeShade="80"/>
                <w:sz w:val="28"/>
                <w:szCs w:val="28"/>
              </w:rPr>
              <w:t>BREAKFAST</w:t>
            </w:r>
          </w:p>
          <w:p w:rsidR="003968B6" w:rsidP="0473776C" w:rsidRDefault="7D8AA546" w14:paraId="5E75F51D" w14:textId="06D435FB">
            <w:pPr>
              <w:rPr>
                <w:rFonts w:ascii="Perpetua" w:hAnsi="Perpetua" w:eastAsia="Perpetua" w:cs="Perpetua"/>
                <w:sz w:val="28"/>
                <w:szCs w:val="28"/>
              </w:rPr>
            </w:pPr>
            <w:r w:rsidRPr="0473776C" w:rsidR="2365CB34">
              <w:rPr>
                <w:rFonts w:ascii="Perpetua" w:hAnsi="Perpetua" w:eastAsia="Perpetua" w:cs="Perpetua"/>
                <w:sz w:val="28"/>
                <w:szCs w:val="28"/>
              </w:rPr>
              <w:t>Frair Tucks</w:t>
            </w:r>
          </w:p>
          <w:p w:rsidR="003968B6" w:rsidP="5DEE51EB" w:rsidRDefault="7D8AA546" w14:paraId="7A3EC1B8" w14:textId="4ABA6892">
            <w:pPr>
              <w:rPr>
                <w:rFonts w:ascii="Perpetua" w:hAnsi="Perpetua" w:eastAsia="Perpetua" w:cs="Perpetua"/>
                <w:sz w:val="28"/>
                <w:szCs w:val="28"/>
              </w:rPr>
            </w:pPr>
            <w:r w:rsidRPr="0473776C" w:rsidR="2365CB34">
              <w:rPr>
                <w:rFonts w:ascii="Perpetua" w:hAnsi="Perpetua" w:eastAsia="Perpetua" w:cs="Perpetua"/>
                <w:sz w:val="28"/>
                <w:szCs w:val="28"/>
              </w:rPr>
              <w:t>5</w:t>
            </w:r>
            <w:r w:rsidRPr="0473776C" w:rsidR="2365CB34">
              <w:rPr>
                <w:rFonts w:ascii="Perpetua" w:hAnsi="Perpetua" w:eastAsia="Perpetua" w:cs="Perpetua"/>
                <w:sz w:val="28"/>
                <w:szCs w:val="28"/>
                <w:vertAlign w:val="superscript"/>
              </w:rPr>
              <w:t>th</w:t>
            </w:r>
            <w:r w:rsidRPr="0473776C" w:rsidR="2365CB34">
              <w:rPr>
                <w:rFonts w:ascii="Perpetua" w:hAnsi="Perpetua" w:eastAsia="Perpetua" w:cs="Perpetua"/>
                <w:sz w:val="28"/>
                <w:szCs w:val="28"/>
              </w:rPr>
              <w:t xml:space="preserve"> Ave &amp; Dolores</w:t>
            </w:r>
          </w:p>
        </w:tc>
        <w:tc>
          <w:tcPr>
            <w:tcW w:w="2338" w:type="dxa"/>
            <w:tcMar/>
          </w:tcPr>
          <w:p w:rsidR="5DEE51EB" w:rsidP="5DEE51EB" w:rsidRDefault="5DEE51EB" w14:paraId="1883F394" w14:textId="7B76AB8C">
            <w:pPr>
              <w:rPr>
                <w:rFonts w:ascii="Perpetua" w:hAnsi="Perpetua" w:eastAsia="Perpetua" w:cs="Perpetua"/>
                <w:sz w:val="28"/>
                <w:szCs w:val="28"/>
              </w:rPr>
            </w:pPr>
            <w:r w:rsidRPr="0473776C" w:rsidR="2E79743E">
              <w:rPr>
                <w:rFonts w:ascii="Perpetua" w:hAnsi="Perpetua" w:eastAsia="Perpetua" w:cs="Perpetua"/>
                <w:sz w:val="28"/>
                <w:szCs w:val="28"/>
              </w:rPr>
              <w:t xml:space="preserve">🚗 </w:t>
            </w:r>
            <w:r w:rsidRPr="0473776C" w:rsidR="12CC33BD">
              <w:rPr>
                <w:rFonts w:ascii="Perpetua" w:hAnsi="Perpetua" w:eastAsia="Perpetua" w:cs="Perpetua"/>
                <w:sz w:val="28"/>
                <w:szCs w:val="28"/>
              </w:rPr>
              <w:t>Walk from hotel, 10 min</w:t>
            </w:r>
          </w:p>
        </w:tc>
        <w:tc>
          <w:tcPr>
            <w:tcW w:w="2339" w:type="dxa"/>
            <w:tcMar/>
          </w:tcPr>
          <w:p w:rsidR="53B2894E" w:rsidP="5DEE51EB" w:rsidRDefault="53B2894E" w14:paraId="24C90AAB" w14:textId="4330BCC4">
            <w:pPr>
              <w:rPr>
                <w:rFonts w:ascii="Perpetua" w:hAnsi="Perpetua" w:eastAsia="Perpetua" w:cs="Perpetua"/>
                <w:sz w:val="28"/>
                <w:szCs w:val="28"/>
              </w:rPr>
            </w:pPr>
            <w:r w:rsidRPr="0473776C" w:rsidR="12CC33BD">
              <w:rPr>
                <w:rFonts w:ascii="Perpetua" w:hAnsi="Perpetua" w:eastAsia="Perpetua" w:cs="Perpetua"/>
                <w:sz w:val="28"/>
                <w:szCs w:val="28"/>
              </w:rPr>
              <w:t>Around 10:00am, no reservation</w:t>
            </w:r>
          </w:p>
        </w:tc>
        <w:tc>
          <w:tcPr>
            <w:tcW w:w="2345" w:type="dxa"/>
            <w:gridSpan w:val="2"/>
            <w:tcMar/>
          </w:tcPr>
          <w:p w:rsidR="5DEE51EB" w:rsidP="5DEE51EB" w:rsidRDefault="5DEE51EB" w14:paraId="6F25701C" w14:textId="48CFEE4A">
            <w:pPr>
              <w:rPr>
                <w:rFonts w:ascii="Perpetua" w:hAnsi="Perpetua" w:eastAsia="Perpetua" w:cs="Perpetua"/>
                <w:sz w:val="28"/>
                <w:szCs w:val="28"/>
              </w:rPr>
            </w:pPr>
            <w:r w:rsidRPr="0473776C" w:rsidR="2E79743E">
              <w:rPr>
                <w:rFonts w:ascii="Perpetua" w:hAnsi="Perpetua" w:eastAsia="Perpetua" w:cs="Perpetua"/>
                <w:sz w:val="28"/>
                <w:szCs w:val="28"/>
              </w:rPr>
              <w:t xml:space="preserve">💲 </w:t>
            </w:r>
            <w:r w:rsidRPr="0473776C" w:rsidR="454B0E1D">
              <w:rPr>
                <w:rFonts w:ascii="Perpetua" w:hAnsi="Perpetua" w:eastAsia="Perpetua" w:cs="Perpetua"/>
                <w:sz w:val="28"/>
                <w:szCs w:val="28"/>
              </w:rPr>
              <w:t>40.00</w:t>
            </w:r>
          </w:p>
        </w:tc>
      </w:tr>
      <w:tr w:rsidR="003968B6" w:rsidTr="0473776C" w14:paraId="27A13A79" w14:textId="77777777">
        <w:trPr>
          <w:trHeight w:val="300"/>
        </w:trPr>
        <w:tc>
          <w:tcPr>
            <w:tcW w:w="2339" w:type="dxa"/>
            <w:tcMar/>
          </w:tcPr>
          <w:p w:rsidR="003968B6" w:rsidP="5DEE51EB" w:rsidRDefault="003968B6" w14:paraId="4752B34B" w14:textId="351C0F02">
            <w:pPr>
              <w:rPr>
                <w:rFonts w:ascii="Perpetua" w:hAnsi="Perpetua" w:eastAsia="Perpetua" w:cs="Perpetua"/>
                <w:sz w:val="28"/>
                <w:szCs w:val="28"/>
              </w:rPr>
            </w:pPr>
            <w:r w:rsidRPr="0473776C" w:rsidR="0AAAA474">
              <w:rPr>
                <w:rFonts w:ascii="Perpetua" w:hAnsi="Perpetua" w:eastAsia="Perpetua" w:cs="Perpetua"/>
                <w:sz w:val="28"/>
                <w:szCs w:val="28"/>
              </w:rPr>
              <w:t xml:space="preserve">☀️ </w:t>
            </w:r>
            <w:r w:rsidRPr="0473776C" w:rsidR="5B9C2BA6">
              <w:rPr>
                <w:rFonts w:ascii="Perpetua" w:hAnsi="Perpetua" w:eastAsia="Perpetua" w:cs="Perpetua"/>
                <w:sz w:val="28"/>
                <w:szCs w:val="28"/>
              </w:rPr>
              <w:t>Visit the “Golden Rectangle” on Ocean Avenue for shopping and treats.</w:t>
            </w:r>
          </w:p>
        </w:tc>
        <w:tc>
          <w:tcPr>
            <w:tcW w:w="2338" w:type="dxa"/>
            <w:tcMar/>
          </w:tcPr>
          <w:p w:rsidR="003968B6" w:rsidP="5DEE51EB" w:rsidRDefault="1C03E591" w14:paraId="0402BCE5" w14:textId="7D02F4B0">
            <w:pPr>
              <w:rPr>
                <w:rFonts w:ascii="Perpetua" w:hAnsi="Perpetua" w:eastAsia="Perpetua" w:cs="Perpetua"/>
                <w:sz w:val="28"/>
                <w:szCs w:val="28"/>
              </w:rPr>
            </w:pPr>
            <w:r w:rsidRPr="0473776C" w:rsidR="1A838571">
              <w:rPr>
                <w:rFonts w:ascii="Perpetua" w:hAnsi="Perpetua" w:eastAsia="Perpetua" w:cs="Perpetua"/>
                <w:sz w:val="28"/>
                <w:szCs w:val="28"/>
              </w:rPr>
              <w:t xml:space="preserve">🚗 </w:t>
            </w:r>
            <w:r w:rsidRPr="0473776C" w:rsidR="5543529A">
              <w:rPr>
                <w:rFonts w:ascii="Perpetua" w:hAnsi="Perpetua" w:eastAsia="Perpetua" w:cs="Perpetua"/>
                <w:sz w:val="28"/>
                <w:szCs w:val="28"/>
              </w:rPr>
              <w:t>Walk from Frair Tucks, 15 min</w:t>
            </w:r>
          </w:p>
          <w:p w:rsidR="003968B6" w:rsidP="5DEE51EB" w:rsidRDefault="003968B6" w14:paraId="4AB51445" w14:textId="127B1FCE">
            <w:pPr>
              <w:rPr>
                <w:rFonts w:ascii="Perpetua" w:hAnsi="Perpetua" w:eastAsia="Perpetua" w:cs="Perpetua"/>
                <w:sz w:val="28"/>
                <w:szCs w:val="28"/>
              </w:rPr>
            </w:pPr>
          </w:p>
        </w:tc>
        <w:tc>
          <w:tcPr>
            <w:tcW w:w="2339" w:type="dxa"/>
            <w:tcMar/>
          </w:tcPr>
          <w:p w:rsidR="003968B6" w:rsidP="5DEE51EB" w:rsidRDefault="1C03E591" w14:paraId="3E36F37E" w14:textId="02532C05">
            <w:pPr>
              <w:rPr>
                <w:rFonts w:ascii="Perpetua" w:hAnsi="Perpetua" w:eastAsia="Perpetua" w:cs="Perpetua"/>
                <w:sz w:val="28"/>
                <w:szCs w:val="28"/>
              </w:rPr>
            </w:pPr>
            <w:r w:rsidRPr="0473776C" w:rsidR="5543529A">
              <w:rPr>
                <w:rFonts w:ascii="Perpetua" w:hAnsi="Perpetua" w:eastAsia="Perpetua" w:cs="Perpetua"/>
                <w:sz w:val="28"/>
                <w:szCs w:val="28"/>
              </w:rPr>
              <w:t>Around 11:00am</w:t>
            </w:r>
          </w:p>
          <w:p w:rsidR="003968B6" w:rsidP="5DEE51EB" w:rsidRDefault="003968B6" w14:paraId="0B2E5C71" w14:textId="3972AE06">
            <w:pPr>
              <w:rPr>
                <w:rFonts w:ascii="Perpetua" w:hAnsi="Perpetua" w:eastAsia="Perpetua" w:cs="Perpetua"/>
                <w:sz w:val="28"/>
                <w:szCs w:val="28"/>
              </w:rPr>
            </w:pPr>
          </w:p>
          <w:p w:rsidR="003968B6" w:rsidP="5DEE51EB" w:rsidRDefault="003968B6" w14:paraId="48317EC1" w14:textId="69647193">
            <w:pPr>
              <w:rPr>
                <w:rFonts w:ascii="Perpetua" w:hAnsi="Perpetua" w:eastAsia="Perpetua" w:cs="Perpetua"/>
                <w:sz w:val="28"/>
                <w:szCs w:val="28"/>
              </w:rPr>
            </w:pPr>
          </w:p>
          <w:p w:rsidR="003968B6" w:rsidP="5DEE51EB" w:rsidRDefault="003968B6" w14:paraId="1FD7749C" w14:textId="3AA0EFF6">
            <w:pPr>
              <w:rPr>
                <w:rFonts w:ascii="Perpetua" w:hAnsi="Perpetua" w:eastAsia="Perpetua" w:cs="Perpetua"/>
                <w:sz w:val="28"/>
                <w:szCs w:val="28"/>
              </w:rPr>
            </w:pPr>
          </w:p>
        </w:tc>
        <w:tc>
          <w:tcPr>
            <w:tcW w:w="2345" w:type="dxa"/>
            <w:gridSpan w:val="2"/>
            <w:tcMar/>
          </w:tcPr>
          <w:p w:rsidR="1C03E591" w:rsidP="5DEE51EB" w:rsidRDefault="1C03E591" w14:paraId="2A93B4FB" w14:textId="63E0E4B4">
            <w:pPr>
              <w:rPr>
                <w:rFonts w:ascii="Perpetua" w:hAnsi="Perpetua" w:eastAsia="Perpetua" w:cs="Perpetua"/>
                <w:sz w:val="28"/>
                <w:szCs w:val="28"/>
              </w:rPr>
            </w:pPr>
            <w:r w:rsidRPr="0473776C" w:rsidR="1A838571">
              <w:rPr>
                <w:rFonts w:ascii="Perpetua" w:hAnsi="Perpetua" w:eastAsia="Perpetua" w:cs="Perpetua"/>
                <w:sz w:val="28"/>
                <w:szCs w:val="28"/>
              </w:rPr>
              <w:t xml:space="preserve">💲 </w:t>
            </w:r>
            <w:r w:rsidRPr="0473776C" w:rsidR="4CF0BFA8">
              <w:rPr>
                <w:rFonts w:ascii="Perpetua" w:hAnsi="Perpetua" w:eastAsia="Perpetua" w:cs="Perpetua"/>
                <w:sz w:val="28"/>
                <w:szCs w:val="28"/>
              </w:rPr>
              <w:t>100 for shopping and souvenirs</w:t>
            </w:r>
          </w:p>
          <w:p w:rsidR="5DEE51EB" w:rsidP="5DEE51EB" w:rsidRDefault="5DEE51EB" w14:paraId="34B38C24" w14:textId="7AFD1379">
            <w:pPr>
              <w:rPr>
                <w:rFonts w:ascii="Perpetua" w:hAnsi="Perpetua" w:eastAsia="Perpetua" w:cs="Perpetua"/>
                <w:sz w:val="28"/>
                <w:szCs w:val="28"/>
              </w:rPr>
            </w:pPr>
          </w:p>
        </w:tc>
      </w:tr>
      <w:tr w:rsidR="003968B6" w:rsidTr="0473776C" w14:paraId="4DC4843C" w14:textId="77777777">
        <w:trPr>
          <w:trHeight w:val="300"/>
        </w:trPr>
        <w:tc>
          <w:tcPr>
            <w:tcW w:w="2339" w:type="dxa"/>
            <w:tcMar/>
          </w:tcPr>
          <w:p w:rsidR="003968B6" w:rsidP="5DEE51EB" w:rsidRDefault="06A2A0C4" w14:paraId="1745D20C" w14:textId="5AE199A4">
            <w:pPr>
              <w:rPr>
                <w:rFonts w:ascii="Perpetua" w:hAnsi="Perpetua" w:eastAsia="Perpetua" w:cs="Perpetua"/>
                <w:b/>
                <w:bCs/>
                <w:color w:val="984806" w:themeColor="accent6" w:themeShade="80"/>
                <w:sz w:val="28"/>
                <w:szCs w:val="28"/>
              </w:rPr>
            </w:pPr>
            <w:r w:rsidRPr="5DEE51EB">
              <w:rPr>
                <w:rFonts w:ascii="Perpetua" w:hAnsi="Perpetua" w:eastAsia="Perpetua" w:cs="Perpetua"/>
                <w:b/>
                <w:bCs/>
                <w:color w:val="984806" w:themeColor="accent6" w:themeShade="80"/>
                <w:sz w:val="28"/>
                <w:szCs w:val="28"/>
              </w:rPr>
              <w:t xml:space="preserve">LUNCH </w:t>
            </w:r>
          </w:p>
          <w:p w:rsidR="003968B6" w:rsidP="0473776C" w:rsidRDefault="06A2A0C4" w14:paraId="3B396726" w14:textId="09CB5447">
            <w:pPr>
              <w:rPr>
                <w:rFonts w:ascii="Perpetua" w:hAnsi="Perpetua" w:eastAsia="Perpetua" w:cs="Perpetua"/>
                <w:sz w:val="28"/>
                <w:szCs w:val="28"/>
              </w:rPr>
            </w:pPr>
            <w:r w:rsidRPr="0473776C" w:rsidR="231F794F">
              <w:rPr>
                <w:rFonts w:ascii="Perpetua" w:hAnsi="Perpetua" w:eastAsia="Perpetua" w:cs="Perpetua"/>
                <w:sz w:val="28"/>
                <w:szCs w:val="28"/>
              </w:rPr>
              <w:t>Demetra Cafe</w:t>
            </w:r>
          </w:p>
          <w:p w:rsidR="003968B6" w:rsidP="5DEE51EB" w:rsidRDefault="06A2A0C4" w14:paraId="6F4CF777" w14:textId="0C955593">
            <w:pPr>
              <w:rPr>
                <w:rFonts w:ascii="Perpetua" w:hAnsi="Perpetua" w:eastAsia="Perpetua" w:cs="Perpetua"/>
                <w:sz w:val="28"/>
                <w:szCs w:val="28"/>
              </w:rPr>
            </w:pPr>
            <w:r w:rsidRPr="0473776C" w:rsidR="231F794F">
              <w:rPr>
                <w:rFonts w:ascii="Perpetua" w:hAnsi="Perpetua" w:eastAsia="Perpetua" w:cs="Perpetua"/>
                <w:sz w:val="28"/>
                <w:szCs w:val="28"/>
              </w:rPr>
              <w:t>Ocean &amp; Lincoln</w:t>
            </w:r>
          </w:p>
        </w:tc>
        <w:tc>
          <w:tcPr>
            <w:tcW w:w="2338" w:type="dxa"/>
            <w:tcMar/>
          </w:tcPr>
          <w:p w:rsidR="003968B6" w:rsidP="5DEE51EB" w:rsidRDefault="10A02EC6" w14:paraId="7079D812" w14:textId="60A75C37">
            <w:pPr>
              <w:rPr>
                <w:rFonts w:ascii="Perpetua" w:hAnsi="Perpetua" w:eastAsia="Perpetua" w:cs="Perpetua"/>
                <w:sz w:val="28"/>
                <w:szCs w:val="28"/>
              </w:rPr>
            </w:pPr>
            <w:r w:rsidRPr="0473776C" w:rsidR="63A20FCB">
              <w:rPr>
                <w:rFonts w:ascii="Perpetua" w:hAnsi="Perpetua" w:eastAsia="Perpetua" w:cs="Perpetua"/>
                <w:sz w:val="28"/>
                <w:szCs w:val="28"/>
              </w:rPr>
              <w:t xml:space="preserve">🚗 </w:t>
            </w:r>
            <w:r w:rsidRPr="0473776C" w:rsidR="23E13DD7">
              <w:rPr>
                <w:rFonts w:ascii="Perpetua" w:hAnsi="Perpetua" w:eastAsia="Perpetua" w:cs="Perpetua"/>
                <w:sz w:val="28"/>
                <w:szCs w:val="28"/>
              </w:rPr>
              <w:t>Walk while on Ocean Ave</w:t>
            </w:r>
          </w:p>
          <w:p w:rsidR="003968B6" w:rsidP="5DEE51EB" w:rsidRDefault="003968B6" w14:paraId="76BE8351" w14:textId="630C1115">
            <w:pPr>
              <w:rPr>
                <w:rFonts w:ascii="Perpetua" w:hAnsi="Perpetua" w:eastAsia="Perpetua" w:cs="Perpetua"/>
                <w:sz w:val="28"/>
                <w:szCs w:val="28"/>
              </w:rPr>
            </w:pPr>
          </w:p>
        </w:tc>
        <w:tc>
          <w:tcPr>
            <w:tcW w:w="2339" w:type="dxa"/>
            <w:tcMar/>
          </w:tcPr>
          <w:p w:rsidR="003968B6" w:rsidP="5DEE51EB" w:rsidRDefault="10A02EC6" w14:paraId="05C0BAA2" w14:textId="31690991">
            <w:pPr>
              <w:rPr>
                <w:rFonts w:ascii="Perpetua" w:hAnsi="Perpetua" w:eastAsia="Perpetua" w:cs="Perpetua"/>
                <w:sz w:val="28"/>
                <w:szCs w:val="28"/>
              </w:rPr>
            </w:pPr>
            <w:r w:rsidRPr="0473776C" w:rsidR="23E13DD7">
              <w:rPr>
                <w:rFonts w:ascii="Perpetua" w:hAnsi="Perpetua" w:eastAsia="Perpetua" w:cs="Perpetua"/>
                <w:sz w:val="28"/>
                <w:szCs w:val="28"/>
              </w:rPr>
              <w:t>Around 1:00pm, no reservation</w:t>
            </w:r>
          </w:p>
        </w:tc>
        <w:tc>
          <w:tcPr>
            <w:tcW w:w="2345" w:type="dxa"/>
            <w:gridSpan w:val="2"/>
            <w:tcMar/>
          </w:tcPr>
          <w:p w:rsidR="10A02EC6" w:rsidP="5DEE51EB" w:rsidRDefault="10A02EC6" w14:paraId="296608F6" w14:textId="7B9AB1F4">
            <w:pPr>
              <w:rPr>
                <w:rFonts w:ascii="Perpetua" w:hAnsi="Perpetua" w:eastAsia="Perpetua" w:cs="Perpetua"/>
                <w:sz w:val="28"/>
                <w:szCs w:val="28"/>
              </w:rPr>
            </w:pPr>
            <w:r w:rsidRPr="0473776C" w:rsidR="63A20FCB">
              <w:rPr>
                <w:rFonts w:ascii="Perpetua" w:hAnsi="Perpetua" w:eastAsia="Perpetua" w:cs="Perpetua"/>
                <w:sz w:val="28"/>
                <w:szCs w:val="28"/>
              </w:rPr>
              <w:t xml:space="preserve">💲 </w:t>
            </w:r>
            <w:r w:rsidRPr="0473776C" w:rsidR="1C6B23AA">
              <w:rPr>
                <w:rFonts w:ascii="Perpetua" w:hAnsi="Perpetua" w:eastAsia="Perpetua" w:cs="Perpetua"/>
                <w:sz w:val="28"/>
                <w:szCs w:val="28"/>
              </w:rPr>
              <w:t>50.00</w:t>
            </w:r>
          </w:p>
          <w:p w:rsidR="5DEE51EB" w:rsidP="5DEE51EB" w:rsidRDefault="5DEE51EB" w14:paraId="363BFA80" w14:textId="4F326EEF">
            <w:pPr>
              <w:rPr>
                <w:rFonts w:ascii="Perpetua" w:hAnsi="Perpetua" w:eastAsia="Perpetua" w:cs="Perpetua"/>
                <w:sz w:val="28"/>
                <w:szCs w:val="28"/>
              </w:rPr>
            </w:pPr>
          </w:p>
        </w:tc>
      </w:tr>
      <w:tr w:rsidR="003968B6" w:rsidTr="0473776C" w14:paraId="7AE5CF6C" w14:textId="77777777">
        <w:trPr>
          <w:trHeight w:val="300"/>
        </w:trPr>
        <w:tc>
          <w:tcPr>
            <w:tcW w:w="2339" w:type="dxa"/>
            <w:tcMar/>
          </w:tcPr>
          <w:p w:rsidR="003968B6" w:rsidP="5DEE51EB" w:rsidRDefault="003968B6" w14:paraId="0711D229" w14:textId="6DBFC031">
            <w:pPr>
              <w:rPr>
                <w:rFonts w:ascii="Perpetua" w:hAnsi="Perpetua" w:eastAsia="Perpetua" w:cs="Perpetua"/>
                <w:sz w:val="28"/>
                <w:szCs w:val="28"/>
              </w:rPr>
            </w:pPr>
            <w:r w:rsidRPr="0473776C" w:rsidR="005D0918">
              <w:rPr>
                <w:rFonts w:ascii="Perpetua" w:hAnsi="Perpetua" w:eastAsia="Perpetua" w:cs="Perpetua"/>
                <w:sz w:val="28"/>
                <w:szCs w:val="28"/>
              </w:rPr>
              <w:t xml:space="preserve">🌤️ </w:t>
            </w:r>
            <w:r w:rsidRPr="0473776C" w:rsidR="6395470B">
              <w:rPr>
                <w:rFonts w:ascii="Perpetua" w:hAnsi="Perpetua" w:eastAsia="Perpetua" w:cs="Perpetua"/>
                <w:sz w:val="28"/>
                <w:szCs w:val="28"/>
              </w:rPr>
              <w:t>Visit Carmel Beach, no swimsuits since cold but just to walk and enjoy the scenery</w:t>
            </w:r>
            <w:r w:rsidRPr="0473776C" w:rsidR="7003BEF1">
              <w:rPr>
                <w:rFonts w:ascii="Perpetua" w:hAnsi="Perpetua" w:eastAsia="Perpetua" w:cs="Perpetua"/>
                <w:sz w:val="28"/>
                <w:szCs w:val="28"/>
              </w:rPr>
              <w:t xml:space="preserve"> – rest and change at hotel</w:t>
            </w:r>
          </w:p>
        </w:tc>
        <w:tc>
          <w:tcPr>
            <w:tcW w:w="2338" w:type="dxa"/>
            <w:tcMar/>
          </w:tcPr>
          <w:p w:rsidR="003968B6" w:rsidP="5DEE51EB" w:rsidRDefault="25E08B66" w14:paraId="5EC9848C" w14:textId="748A18A1">
            <w:pPr>
              <w:rPr>
                <w:rFonts w:ascii="Perpetua" w:hAnsi="Perpetua" w:eastAsia="Perpetua" w:cs="Perpetua"/>
                <w:sz w:val="28"/>
                <w:szCs w:val="28"/>
              </w:rPr>
            </w:pPr>
            <w:r w:rsidRPr="0473776C" w:rsidR="3B3D4421">
              <w:rPr>
                <w:rFonts w:ascii="Perpetua" w:hAnsi="Perpetua" w:eastAsia="Perpetua" w:cs="Perpetua"/>
                <w:sz w:val="28"/>
                <w:szCs w:val="28"/>
              </w:rPr>
              <w:t xml:space="preserve">🚗 </w:t>
            </w:r>
            <w:r w:rsidRPr="0473776C" w:rsidR="710F89C5">
              <w:rPr>
                <w:rFonts w:ascii="Perpetua" w:hAnsi="Perpetua" w:eastAsia="Perpetua" w:cs="Perpetua"/>
                <w:sz w:val="28"/>
                <w:szCs w:val="28"/>
              </w:rPr>
              <w:t>Walk from Demetra Cafe, 20 min</w:t>
            </w:r>
          </w:p>
          <w:p w:rsidR="003968B6" w:rsidP="5DEE51EB" w:rsidRDefault="003968B6" w14:paraId="51B812A2" w14:textId="7799D069">
            <w:pPr>
              <w:rPr>
                <w:rFonts w:ascii="Perpetua" w:hAnsi="Perpetua" w:eastAsia="Perpetua" w:cs="Perpetua"/>
                <w:sz w:val="28"/>
                <w:szCs w:val="28"/>
              </w:rPr>
            </w:pPr>
          </w:p>
        </w:tc>
        <w:tc>
          <w:tcPr>
            <w:tcW w:w="2339" w:type="dxa"/>
            <w:tcMar/>
          </w:tcPr>
          <w:p w:rsidR="003968B6" w:rsidP="5DEE51EB" w:rsidRDefault="25E08B66" w14:paraId="1D91EDB1" w14:textId="17A554F5">
            <w:pPr>
              <w:rPr>
                <w:rFonts w:ascii="Perpetua" w:hAnsi="Perpetua" w:eastAsia="Perpetua" w:cs="Perpetua"/>
                <w:sz w:val="28"/>
                <w:szCs w:val="28"/>
              </w:rPr>
            </w:pPr>
            <w:r w:rsidRPr="0473776C" w:rsidR="710F89C5">
              <w:rPr>
                <w:rFonts w:ascii="Perpetua" w:hAnsi="Perpetua" w:eastAsia="Perpetua" w:cs="Perpetua"/>
                <w:sz w:val="28"/>
                <w:szCs w:val="28"/>
              </w:rPr>
              <w:t>2:30pm</w:t>
            </w:r>
          </w:p>
          <w:p w:rsidR="003968B6" w:rsidP="0473776C" w:rsidRDefault="003968B6" w14:paraId="4297775F" w14:textId="185C0DC1">
            <w:pPr>
              <w:rPr>
                <w:rFonts w:ascii="Perpetua" w:hAnsi="Perpetua" w:eastAsia="Perpetua" w:cs="Perpetua"/>
                <w:sz w:val="28"/>
                <w:szCs w:val="28"/>
              </w:rPr>
            </w:pPr>
          </w:p>
          <w:p w:rsidR="003968B6" w:rsidP="0473776C" w:rsidRDefault="003968B6" w14:paraId="692F1B8D" w14:textId="49BC2B04">
            <w:pPr>
              <w:rPr>
                <w:rFonts w:ascii="Perpetua" w:hAnsi="Perpetua" w:eastAsia="Perpetua" w:cs="Perpetua"/>
                <w:sz w:val="28"/>
                <w:szCs w:val="28"/>
              </w:rPr>
            </w:pPr>
          </w:p>
          <w:p w:rsidR="003968B6" w:rsidP="5DEE51EB" w:rsidRDefault="003968B6" w14:paraId="1DAFC358" w14:textId="70641191">
            <w:pPr>
              <w:rPr>
                <w:rFonts w:ascii="Perpetua" w:hAnsi="Perpetua" w:eastAsia="Perpetua" w:cs="Perpetua"/>
                <w:sz w:val="28"/>
                <w:szCs w:val="28"/>
              </w:rPr>
            </w:pPr>
            <w:r w:rsidRPr="0473776C" w:rsidR="4297A2D0">
              <w:rPr>
                <w:rFonts w:ascii="Perpetua" w:hAnsi="Perpetua" w:eastAsia="Perpetua" w:cs="Perpetua"/>
                <w:sz w:val="28"/>
                <w:szCs w:val="28"/>
              </w:rPr>
              <w:t>Back to hotel to change around 4:30pm</w:t>
            </w:r>
          </w:p>
        </w:tc>
        <w:tc>
          <w:tcPr>
            <w:tcW w:w="2345" w:type="dxa"/>
            <w:gridSpan w:val="2"/>
            <w:tcMar/>
          </w:tcPr>
          <w:p w:rsidR="25E08B66" w:rsidP="5DEE51EB" w:rsidRDefault="25E08B66" w14:paraId="5A242BB3" w14:textId="2A9CB88C">
            <w:pPr>
              <w:rPr>
                <w:rFonts w:ascii="Perpetua" w:hAnsi="Perpetua" w:eastAsia="Perpetua" w:cs="Perpetua"/>
                <w:sz w:val="28"/>
                <w:szCs w:val="28"/>
              </w:rPr>
            </w:pPr>
            <w:r w:rsidRPr="0473776C" w:rsidR="3B3D4421">
              <w:rPr>
                <w:rFonts w:ascii="Perpetua" w:hAnsi="Perpetua" w:eastAsia="Perpetua" w:cs="Perpetua"/>
                <w:sz w:val="28"/>
                <w:szCs w:val="28"/>
              </w:rPr>
              <w:t xml:space="preserve">💲 </w:t>
            </w:r>
            <w:r w:rsidRPr="0473776C" w:rsidR="08A77BE1">
              <w:rPr>
                <w:rFonts w:ascii="Perpetua" w:hAnsi="Perpetua" w:eastAsia="Perpetua" w:cs="Perpetua"/>
                <w:sz w:val="28"/>
                <w:szCs w:val="28"/>
              </w:rPr>
              <w:t>0.00</w:t>
            </w:r>
          </w:p>
          <w:p w:rsidR="5DEE51EB" w:rsidP="5DEE51EB" w:rsidRDefault="5DEE51EB" w14:paraId="496F3BC3" w14:textId="79240091">
            <w:pPr>
              <w:rPr>
                <w:rFonts w:ascii="Perpetua" w:hAnsi="Perpetua" w:eastAsia="Perpetua" w:cs="Perpetua"/>
                <w:sz w:val="28"/>
                <w:szCs w:val="28"/>
              </w:rPr>
            </w:pPr>
          </w:p>
        </w:tc>
      </w:tr>
      <w:tr w:rsidR="5DEE51EB" w:rsidTr="0473776C" w14:paraId="08E5C181" w14:textId="77777777">
        <w:trPr>
          <w:trHeight w:val="300"/>
        </w:trPr>
        <w:tc>
          <w:tcPr>
            <w:tcW w:w="2339" w:type="dxa"/>
            <w:tcMar/>
          </w:tcPr>
          <w:p w:rsidR="1D9F5182" w:rsidP="5DEE51EB" w:rsidRDefault="1D9F5182" w14:paraId="3E9AF33E" w14:textId="5A47C4A0">
            <w:pPr>
              <w:rPr>
                <w:rFonts w:ascii="Perpetua" w:hAnsi="Perpetua" w:eastAsia="Perpetua" w:cs="Perpetua"/>
                <w:b/>
                <w:bCs/>
                <w:color w:val="984806" w:themeColor="accent6" w:themeShade="80"/>
                <w:sz w:val="28"/>
                <w:szCs w:val="28"/>
              </w:rPr>
            </w:pPr>
            <w:r w:rsidRPr="5DEE51EB">
              <w:rPr>
                <w:rFonts w:ascii="Perpetua" w:hAnsi="Perpetua" w:eastAsia="Perpetua" w:cs="Perpetua"/>
                <w:b/>
                <w:bCs/>
                <w:color w:val="984806" w:themeColor="accent6" w:themeShade="80"/>
                <w:sz w:val="28"/>
                <w:szCs w:val="28"/>
              </w:rPr>
              <w:t>DINNER</w:t>
            </w:r>
          </w:p>
          <w:p w:rsidR="1D9F5182" w:rsidP="0473776C" w:rsidRDefault="1D9F5182" w14:paraId="119DB059" w14:textId="4C199674">
            <w:pPr>
              <w:rPr>
                <w:rFonts w:ascii="Perpetua" w:hAnsi="Perpetua" w:eastAsia="Perpetua" w:cs="Perpetua"/>
                <w:sz w:val="28"/>
                <w:szCs w:val="28"/>
              </w:rPr>
            </w:pPr>
            <w:r w:rsidRPr="0473776C" w:rsidR="78208959">
              <w:rPr>
                <w:rFonts w:ascii="Perpetua" w:hAnsi="Perpetua" w:eastAsia="Perpetua" w:cs="Perpetua"/>
                <w:sz w:val="28"/>
                <w:szCs w:val="28"/>
              </w:rPr>
              <w:t>Mission Bistro</w:t>
            </w:r>
          </w:p>
          <w:p w:rsidR="1D9F5182" w:rsidP="5DEE51EB" w:rsidRDefault="1D9F5182" w14:paraId="7A8AE66F" w14:textId="60CF5BB6">
            <w:pPr>
              <w:rPr>
                <w:rFonts w:ascii="Perpetua" w:hAnsi="Perpetua" w:eastAsia="Perpetua" w:cs="Perpetua"/>
                <w:sz w:val="28"/>
                <w:szCs w:val="28"/>
              </w:rPr>
            </w:pPr>
            <w:r w:rsidRPr="0473776C" w:rsidR="78208959">
              <w:rPr>
                <w:rFonts w:ascii="Perpetua" w:hAnsi="Perpetua" w:eastAsia="Perpetua" w:cs="Perpetua"/>
                <w:sz w:val="28"/>
                <w:szCs w:val="28"/>
              </w:rPr>
              <w:t>Mission St. 2 SW &amp; Ocean Ave</w:t>
            </w:r>
          </w:p>
        </w:tc>
        <w:tc>
          <w:tcPr>
            <w:tcW w:w="2338" w:type="dxa"/>
            <w:tcMar/>
          </w:tcPr>
          <w:p w:rsidR="1D9F5182" w:rsidP="5DEE51EB" w:rsidRDefault="1D9F5182" w14:paraId="62D9141C" w14:textId="3185DDE9">
            <w:pPr>
              <w:rPr>
                <w:rFonts w:ascii="Perpetua" w:hAnsi="Perpetua" w:eastAsia="Perpetua" w:cs="Perpetua"/>
                <w:sz w:val="28"/>
                <w:szCs w:val="28"/>
              </w:rPr>
            </w:pPr>
            <w:r w:rsidRPr="0473776C" w:rsidR="534836B8">
              <w:rPr>
                <w:rFonts w:ascii="Perpetua" w:hAnsi="Perpetua" w:eastAsia="Perpetua" w:cs="Perpetua"/>
                <w:sz w:val="28"/>
                <w:szCs w:val="28"/>
              </w:rPr>
              <w:t xml:space="preserve">🚗 </w:t>
            </w:r>
            <w:r w:rsidRPr="0473776C" w:rsidR="1532B28B">
              <w:rPr>
                <w:rFonts w:ascii="Perpetua" w:hAnsi="Perpetua" w:eastAsia="Perpetua" w:cs="Perpetua"/>
                <w:sz w:val="28"/>
                <w:szCs w:val="28"/>
              </w:rPr>
              <w:t xml:space="preserve">Walk from </w:t>
            </w:r>
            <w:r w:rsidRPr="0473776C" w:rsidR="0CF3A057">
              <w:rPr>
                <w:rFonts w:ascii="Perpetua" w:hAnsi="Perpetua" w:eastAsia="Perpetua" w:cs="Perpetua"/>
                <w:sz w:val="28"/>
                <w:szCs w:val="28"/>
              </w:rPr>
              <w:t>hotel</w:t>
            </w:r>
            <w:r w:rsidRPr="0473776C" w:rsidR="1532B28B">
              <w:rPr>
                <w:rFonts w:ascii="Perpetua" w:hAnsi="Perpetua" w:eastAsia="Perpetua" w:cs="Perpetua"/>
                <w:sz w:val="28"/>
                <w:szCs w:val="28"/>
              </w:rPr>
              <w:t xml:space="preserve">, </w:t>
            </w:r>
            <w:r w:rsidRPr="0473776C" w:rsidR="15872D14">
              <w:rPr>
                <w:rFonts w:ascii="Perpetua" w:hAnsi="Perpetua" w:eastAsia="Perpetua" w:cs="Perpetua"/>
                <w:sz w:val="28"/>
                <w:szCs w:val="28"/>
              </w:rPr>
              <w:t>15</w:t>
            </w:r>
            <w:r w:rsidRPr="0473776C" w:rsidR="1532B28B">
              <w:rPr>
                <w:rFonts w:ascii="Perpetua" w:hAnsi="Perpetua" w:eastAsia="Perpetua" w:cs="Perpetua"/>
                <w:sz w:val="28"/>
                <w:szCs w:val="28"/>
              </w:rPr>
              <w:t xml:space="preserve"> min</w:t>
            </w:r>
          </w:p>
          <w:p w:rsidR="5DEE51EB" w:rsidP="5DEE51EB" w:rsidRDefault="5DEE51EB" w14:paraId="4A8483EE" w14:textId="717AB202">
            <w:pPr>
              <w:rPr>
                <w:rFonts w:ascii="Perpetua" w:hAnsi="Perpetua" w:eastAsia="Perpetua" w:cs="Perpetua"/>
                <w:sz w:val="28"/>
                <w:szCs w:val="28"/>
              </w:rPr>
            </w:pPr>
          </w:p>
        </w:tc>
        <w:tc>
          <w:tcPr>
            <w:tcW w:w="2339" w:type="dxa"/>
            <w:tcMar/>
          </w:tcPr>
          <w:p w:rsidR="1D9F5182" w:rsidP="5DEE51EB" w:rsidRDefault="1D9F5182" w14:paraId="3389112D" w14:textId="05508F1D">
            <w:pPr>
              <w:rPr>
                <w:rFonts w:ascii="Perpetua" w:hAnsi="Perpetua" w:eastAsia="Perpetua" w:cs="Perpetua"/>
                <w:sz w:val="28"/>
                <w:szCs w:val="28"/>
              </w:rPr>
            </w:pPr>
            <w:r w:rsidRPr="0473776C" w:rsidR="1532B28B">
              <w:rPr>
                <w:rFonts w:ascii="Perpetua" w:hAnsi="Perpetua" w:eastAsia="Perpetua" w:cs="Perpetua"/>
                <w:sz w:val="28"/>
                <w:szCs w:val="28"/>
              </w:rPr>
              <w:t>6:30pm reservation</w:t>
            </w:r>
          </w:p>
        </w:tc>
        <w:tc>
          <w:tcPr>
            <w:tcW w:w="2345" w:type="dxa"/>
            <w:gridSpan w:val="2"/>
            <w:tcMar/>
          </w:tcPr>
          <w:p w:rsidR="1D9F5182" w:rsidP="5DEE51EB" w:rsidRDefault="1D9F5182" w14:paraId="07BF8F8C" w14:textId="1034D312">
            <w:pPr>
              <w:rPr>
                <w:rFonts w:ascii="Perpetua" w:hAnsi="Perpetua" w:eastAsia="Perpetua" w:cs="Perpetua"/>
                <w:sz w:val="28"/>
                <w:szCs w:val="28"/>
              </w:rPr>
            </w:pPr>
            <w:r w:rsidRPr="0473776C" w:rsidR="534836B8">
              <w:rPr>
                <w:rFonts w:ascii="Perpetua" w:hAnsi="Perpetua" w:eastAsia="Perpetua" w:cs="Perpetua"/>
                <w:sz w:val="28"/>
                <w:szCs w:val="28"/>
              </w:rPr>
              <w:t xml:space="preserve">💲 </w:t>
            </w:r>
            <w:r w:rsidRPr="0473776C" w:rsidR="2AC8EA1E">
              <w:rPr>
                <w:rFonts w:ascii="Perpetua" w:hAnsi="Perpetua" w:eastAsia="Perpetua" w:cs="Perpetua"/>
                <w:sz w:val="28"/>
                <w:szCs w:val="28"/>
              </w:rPr>
              <w:t>150.00</w:t>
            </w:r>
          </w:p>
          <w:p w:rsidR="5DEE51EB" w:rsidP="5DEE51EB" w:rsidRDefault="5DEE51EB" w14:paraId="1979CEEA" w14:textId="5F03B1FC">
            <w:pPr>
              <w:rPr>
                <w:rFonts w:ascii="Perpetua" w:hAnsi="Perpetua" w:eastAsia="Perpetua" w:cs="Perpetua"/>
                <w:sz w:val="28"/>
                <w:szCs w:val="28"/>
              </w:rPr>
            </w:pPr>
          </w:p>
        </w:tc>
      </w:tr>
      <w:tr w:rsidR="003968B6" w:rsidTr="0473776C" w14:paraId="379DC6DE" w14:textId="77777777">
        <w:trPr>
          <w:trHeight w:val="300"/>
        </w:trPr>
        <w:tc>
          <w:tcPr>
            <w:tcW w:w="2339" w:type="dxa"/>
            <w:tcMar/>
          </w:tcPr>
          <w:p w:rsidR="003968B6" w:rsidP="5DEE51EB" w:rsidRDefault="005D0918" w14:paraId="5D5354E0" w14:textId="3455F36A">
            <w:pPr>
              <w:rPr>
                <w:rFonts w:ascii="Perpetua" w:hAnsi="Perpetua" w:eastAsia="Perpetua" w:cs="Perpetua"/>
                <w:sz w:val="28"/>
                <w:szCs w:val="28"/>
              </w:rPr>
            </w:pPr>
            <w:r w:rsidRPr="0473776C" w:rsidR="005D0918">
              <w:rPr>
                <w:rFonts w:ascii="Perpetua" w:hAnsi="Perpetua" w:eastAsia="Perpetua" w:cs="Perpetua"/>
                <w:sz w:val="28"/>
                <w:szCs w:val="28"/>
              </w:rPr>
              <w:t xml:space="preserve">🌙 </w:t>
            </w:r>
            <w:r w:rsidRPr="0473776C" w:rsidR="511C4091">
              <w:rPr>
                <w:rFonts w:ascii="Perpetua" w:hAnsi="Perpetua" w:eastAsia="Perpetua" w:cs="Perpetua"/>
                <w:sz w:val="28"/>
                <w:szCs w:val="28"/>
              </w:rPr>
              <w:t>No evening plans</w:t>
            </w:r>
          </w:p>
        </w:tc>
        <w:tc>
          <w:tcPr>
            <w:tcW w:w="2338" w:type="dxa"/>
            <w:tcMar/>
          </w:tcPr>
          <w:p w:rsidR="003968B6" w:rsidP="5DEE51EB" w:rsidRDefault="03EE4D08" w14:paraId="381C1552" w14:textId="754E3BA7">
            <w:pPr>
              <w:rPr>
                <w:rFonts w:ascii="Perpetua" w:hAnsi="Perpetua" w:eastAsia="Perpetua" w:cs="Perpetua"/>
                <w:sz w:val="28"/>
                <w:szCs w:val="28"/>
              </w:rPr>
            </w:pPr>
            <w:r w:rsidRPr="0473776C" w:rsidR="14D7AE37">
              <w:rPr>
                <w:rFonts w:ascii="Perpetua" w:hAnsi="Perpetua" w:eastAsia="Perpetua" w:cs="Perpetua"/>
                <w:sz w:val="28"/>
                <w:szCs w:val="28"/>
              </w:rPr>
              <w:t xml:space="preserve">🚗 </w:t>
            </w:r>
          </w:p>
          <w:p w:rsidR="003968B6" w:rsidP="5DEE51EB" w:rsidRDefault="003968B6" w14:paraId="60EBEBEA" w14:textId="290BCC13">
            <w:pPr>
              <w:rPr>
                <w:rFonts w:ascii="Perpetua" w:hAnsi="Perpetua" w:eastAsia="Perpetua" w:cs="Perpetua"/>
                <w:sz w:val="28"/>
                <w:szCs w:val="28"/>
              </w:rPr>
            </w:pPr>
          </w:p>
        </w:tc>
        <w:tc>
          <w:tcPr>
            <w:tcW w:w="2339" w:type="dxa"/>
            <w:tcMar/>
          </w:tcPr>
          <w:p w:rsidR="003968B6" w:rsidP="5DEE51EB" w:rsidRDefault="03EE4D08" w14:paraId="2B608C0A" w14:textId="250874CD">
            <w:pPr>
              <w:rPr>
                <w:rFonts w:ascii="Perpetua" w:hAnsi="Perpetua" w:eastAsia="Perpetua" w:cs="Perpetua"/>
                <w:sz w:val="28"/>
                <w:szCs w:val="28"/>
              </w:rPr>
            </w:pPr>
          </w:p>
          <w:p w:rsidR="003968B6" w:rsidP="5DEE51EB" w:rsidRDefault="003968B6" w14:paraId="6DBE14CF" w14:textId="28F92081">
            <w:pPr>
              <w:rPr>
                <w:rFonts w:ascii="Perpetua" w:hAnsi="Perpetua" w:eastAsia="Perpetua" w:cs="Perpetua"/>
                <w:sz w:val="28"/>
                <w:szCs w:val="28"/>
              </w:rPr>
            </w:pPr>
          </w:p>
          <w:p w:rsidR="003968B6" w:rsidP="5DEE51EB" w:rsidRDefault="003968B6" w14:paraId="05F457E1" w14:textId="39D98E57">
            <w:pPr>
              <w:rPr>
                <w:rFonts w:ascii="Perpetua" w:hAnsi="Perpetua" w:eastAsia="Perpetua" w:cs="Perpetua"/>
                <w:sz w:val="28"/>
                <w:szCs w:val="28"/>
              </w:rPr>
            </w:pPr>
          </w:p>
          <w:p w:rsidR="003968B6" w:rsidP="5DEE51EB" w:rsidRDefault="003968B6" w14:paraId="55C66857" w14:textId="3D61E2EB">
            <w:pPr>
              <w:rPr>
                <w:rFonts w:ascii="Perpetua" w:hAnsi="Perpetua" w:eastAsia="Perpetua" w:cs="Perpetua"/>
                <w:sz w:val="28"/>
                <w:szCs w:val="28"/>
              </w:rPr>
            </w:pPr>
          </w:p>
        </w:tc>
        <w:tc>
          <w:tcPr>
            <w:tcW w:w="2345" w:type="dxa"/>
            <w:gridSpan w:val="2"/>
            <w:tcMar/>
          </w:tcPr>
          <w:p w:rsidR="03EE4D08" w:rsidP="5DEE51EB" w:rsidRDefault="03EE4D08" w14:paraId="10893AFD" w14:textId="615F3428">
            <w:pPr>
              <w:rPr>
                <w:rFonts w:ascii="Perpetua" w:hAnsi="Perpetua" w:eastAsia="Perpetua" w:cs="Perpetua"/>
                <w:sz w:val="28"/>
                <w:szCs w:val="28"/>
              </w:rPr>
            </w:pPr>
            <w:r w:rsidRPr="0473776C" w:rsidR="14D7AE37">
              <w:rPr>
                <w:rFonts w:ascii="Perpetua" w:hAnsi="Perpetua" w:eastAsia="Perpetua" w:cs="Perpetua"/>
                <w:sz w:val="28"/>
                <w:szCs w:val="28"/>
              </w:rPr>
              <w:t xml:space="preserve">💲 </w:t>
            </w:r>
            <w:r w:rsidRPr="0473776C" w:rsidR="4220E735">
              <w:rPr>
                <w:rFonts w:ascii="Perpetua" w:hAnsi="Perpetua" w:eastAsia="Perpetua" w:cs="Perpetua"/>
                <w:sz w:val="28"/>
                <w:szCs w:val="28"/>
              </w:rPr>
              <w:t>0.00</w:t>
            </w:r>
          </w:p>
          <w:p w:rsidR="5DEE51EB" w:rsidP="5DEE51EB" w:rsidRDefault="5DEE51EB" w14:paraId="418667DC" w14:textId="1CA034DB">
            <w:pPr>
              <w:rPr>
                <w:rFonts w:ascii="Perpetua" w:hAnsi="Perpetua" w:eastAsia="Perpetua" w:cs="Perpetua"/>
                <w:sz w:val="28"/>
                <w:szCs w:val="28"/>
              </w:rPr>
            </w:pPr>
          </w:p>
        </w:tc>
      </w:tr>
      <w:tr w:rsidR="003968B6" w:rsidTr="0473776C" w14:paraId="25FD89E2" w14:textId="77777777">
        <w:trPr>
          <w:trHeight w:val="300"/>
        </w:trPr>
        <w:tc>
          <w:tcPr>
            <w:tcW w:w="2339" w:type="dxa"/>
            <w:tcMar/>
          </w:tcPr>
          <w:p w:rsidR="003968B6" w:rsidP="5DEE51EB" w:rsidRDefault="005D0918" w14:paraId="142BE8B6" w14:textId="53955DC1">
            <w:pPr>
              <w:rPr>
                <w:rFonts w:ascii="Perpetua" w:hAnsi="Perpetua" w:eastAsia="Perpetua" w:cs="Perpetua"/>
                <w:sz w:val="28"/>
                <w:szCs w:val="28"/>
              </w:rPr>
            </w:pPr>
            <w:r w:rsidRPr="0473776C" w:rsidR="005D0918">
              <w:rPr>
                <w:rFonts w:ascii="Perpetua" w:hAnsi="Perpetua" w:eastAsia="Perpetua" w:cs="Perpetua"/>
                <w:sz w:val="28"/>
                <w:szCs w:val="28"/>
              </w:rPr>
              <w:t xml:space="preserve">🎟️ </w:t>
            </w:r>
            <w:r w:rsidRPr="0473776C" w:rsidR="64A26121">
              <w:rPr>
                <w:rFonts w:ascii="Perpetua" w:hAnsi="Perpetua" w:eastAsia="Perpetua" w:cs="Perpetua"/>
                <w:sz w:val="28"/>
                <w:szCs w:val="28"/>
              </w:rPr>
              <w:t>No tickets</w:t>
            </w:r>
          </w:p>
        </w:tc>
        <w:tc>
          <w:tcPr>
            <w:tcW w:w="2338" w:type="dxa"/>
            <w:tcMar/>
          </w:tcPr>
          <w:p w:rsidR="003968B6" w:rsidP="5DEE51EB" w:rsidRDefault="37FD911B" w14:paraId="18820BD0" w14:textId="3B996DE8">
            <w:pPr>
              <w:rPr>
                <w:rFonts w:ascii="Perpetua" w:hAnsi="Perpetua" w:eastAsia="Perpetua" w:cs="Perpetua"/>
                <w:sz w:val="28"/>
                <w:szCs w:val="28"/>
              </w:rPr>
            </w:pPr>
          </w:p>
          <w:p w:rsidR="003968B6" w:rsidP="5DEE51EB" w:rsidRDefault="003968B6" w14:paraId="56CA4EC4" w14:textId="60DAEEE6">
            <w:pPr>
              <w:rPr>
                <w:rFonts w:ascii="Perpetua" w:hAnsi="Perpetua" w:eastAsia="Perpetua" w:cs="Perpetua"/>
                <w:sz w:val="28"/>
                <w:szCs w:val="28"/>
              </w:rPr>
            </w:pPr>
          </w:p>
          <w:p w:rsidR="003968B6" w:rsidP="5DEE51EB" w:rsidRDefault="003968B6" w14:paraId="738B55BF" w14:textId="58913987">
            <w:pPr>
              <w:rPr>
                <w:rFonts w:ascii="Perpetua" w:hAnsi="Perpetua" w:eastAsia="Perpetua" w:cs="Perpetua"/>
                <w:sz w:val="28"/>
                <w:szCs w:val="28"/>
              </w:rPr>
            </w:pPr>
          </w:p>
        </w:tc>
        <w:tc>
          <w:tcPr>
            <w:tcW w:w="2339" w:type="dxa"/>
            <w:tcMar/>
          </w:tcPr>
          <w:p w:rsidR="003968B6" w:rsidP="5DEE51EB" w:rsidRDefault="37FD911B" w14:paraId="4365731A" w14:textId="34199A0D">
            <w:pPr>
              <w:rPr>
                <w:rFonts w:ascii="Perpetua" w:hAnsi="Perpetua" w:eastAsia="Perpetua" w:cs="Perpetua"/>
                <w:sz w:val="28"/>
                <w:szCs w:val="28"/>
              </w:rPr>
            </w:pPr>
          </w:p>
        </w:tc>
        <w:tc>
          <w:tcPr>
            <w:tcW w:w="2345" w:type="dxa"/>
            <w:gridSpan w:val="2"/>
            <w:tcMar/>
          </w:tcPr>
          <w:p w:rsidR="37FD911B" w:rsidP="5DEE51EB" w:rsidRDefault="37FD911B" w14:paraId="31AC46F0" w14:textId="09A922C0">
            <w:pPr>
              <w:rPr>
                <w:rFonts w:ascii="Perpetua" w:hAnsi="Perpetua" w:eastAsia="Perpetua" w:cs="Perpetua"/>
                <w:sz w:val="28"/>
                <w:szCs w:val="28"/>
              </w:rPr>
            </w:pPr>
            <w:r w:rsidRPr="0473776C" w:rsidR="5FC88547">
              <w:rPr>
                <w:rFonts w:ascii="Perpetua" w:hAnsi="Perpetua" w:eastAsia="Perpetua" w:cs="Perpetua"/>
                <w:sz w:val="28"/>
                <w:szCs w:val="28"/>
              </w:rPr>
              <w:t xml:space="preserve">💲 </w:t>
            </w:r>
            <w:r w:rsidRPr="0473776C" w:rsidR="73DC97A9">
              <w:rPr>
                <w:rFonts w:ascii="Perpetua" w:hAnsi="Perpetua" w:eastAsia="Perpetua" w:cs="Perpetua"/>
                <w:sz w:val="28"/>
                <w:szCs w:val="28"/>
              </w:rPr>
              <w:t>0.00</w:t>
            </w:r>
          </w:p>
          <w:p w:rsidR="5DEE51EB" w:rsidP="5DEE51EB" w:rsidRDefault="5DEE51EB" w14:paraId="6A398D63" w14:textId="1F4C6690">
            <w:pPr>
              <w:rPr>
                <w:rFonts w:ascii="Perpetua" w:hAnsi="Perpetua" w:eastAsia="Perpetua" w:cs="Perpetua"/>
                <w:sz w:val="28"/>
                <w:szCs w:val="28"/>
              </w:rPr>
            </w:pPr>
          </w:p>
        </w:tc>
      </w:tr>
      <w:tr w:rsidR="5DEE51EB" w:rsidTr="0473776C" w14:paraId="4A7F3E35" w14:textId="77777777">
        <w:trPr>
          <w:trHeight w:val="300"/>
        </w:trPr>
        <w:tc>
          <w:tcPr>
            <w:tcW w:w="9361" w:type="dxa"/>
            <w:gridSpan w:val="5"/>
            <w:tcMar/>
          </w:tcPr>
          <w:p w:rsidR="5D325725" w:rsidP="5DEE51EB" w:rsidRDefault="5D325725" w14:paraId="13B196A9" w14:textId="1731F6A9">
            <w:pPr>
              <w:rPr>
                <w:rFonts w:ascii="Perpetua" w:hAnsi="Perpetua" w:eastAsia="Perpetua" w:cs="Perpetua"/>
                <w:sz w:val="28"/>
                <w:szCs w:val="28"/>
              </w:rPr>
            </w:pPr>
            <w:r w:rsidRPr="0473776C" w:rsidR="68161D31">
              <w:rPr>
                <w:rFonts w:ascii="Perpetua" w:hAnsi="Perpetua" w:eastAsia="Perpetua" w:cs="Perpetua"/>
                <w:sz w:val="28"/>
                <w:szCs w:val="28"/>
              </w:rPr>
              <w:t>TOTAL DAILY BUDGET 💲</w:t>
            </w:r>
            <w:r w:rsidRPr="0473776C" w:rsidR="00826D5E">
              <w:rPr>
                <w:rFonts w:ascii="Perpetua" w:hAnsi="Perpetua" w:eastAsia="Perpetua" w:cs="Perpetua"/>
                <w:sz w:val="28"/>
                <w:szCs w:val="28"/>
              </w:rPr>
              <w:t>340.00</w:t>
            </w:r>
          </w:p>
        </w:tc>
      </w:tr>
      <w:tr w:rsidR="003968B6" w:rsidTr="0473776C" w14:paraId="291EB102" w14:textId="77777777">
        <w:trPr>
          <w:trHeight w:val="300"/>
        </w:trPr>
        <w:tc>
          <w:tcPr>
            <w:tcW w:w="9361" w:type="dxa"/>
            <w:gridSpan w:val="5"/>
            <w:tcMar/>
          </w:tcPr>
          <w:p w:rsidR="003968B6" w:rsidP="5DEE51EB" w:rsidRDefault="003968B6" w14:paraId="2BC1F966" w14:textId="25C5BFE9">
            <w:pPr>
              <w:rPr>
                <w:rFonts w:ascii="Perpetua" w:hAnsi="Perpetua" w:eastAsia="Perpetua" w:cs="Perpetua"/>
                <w:sz w:val="28"/>
                <w:szCs w:val="28"/>
              </w:rPr>
            </w:pPr>
            <w:r w:rsidRPr="0473776C" w:rsidR="005D0918">
              <w:rPr>
                <w:rFonts w:ascii="Perpetua" w:hAnsi="Perpetua" w:eastAsia="Perpetua" w:cs="Perpetua"/>
                <w:sz w:val="28"/>
                <w:szCs w:val="28"/>
              </w:rPr>
              <w:t xml:space="preserve">📝 </w:t>
            </w:r>
            <w:r w:rsidRPr="0473776C" w:rsidR="005D0918">
              <w:rPr>
                <w:rFonts w:ascii="Perpetua" w:hAnsi="Perpetua" w:eastAsia="Perpetua" w:cs="Perpetua"/>
                <w:b w:val="1"/>
                <w:bCs w:val="1"/>
                <w:color w:val="215868" w:themeColor="accent5" w:themeTint="FF" w:themeShade="80"/>
                <w:sz w:val="28"/>
                <w:szCs w:val="28"/>
              </w:rPr>
              <w:t>Daily Notes</w:t>
            </w:r>
            <w:r w:rsidRPr="0473776C" w:rsidR="7D21ED7F">
              <w:rPr>
                <w:rFonts w:ascii="Perpetua" w:hAnsi="Perpetua" w:eastAsia="Perpetua" w:cs="Perpetua"/>
                <w:b w:val="1"/>
                <w:bCs w:val="1"/>
                <w:color w:val="215868" w:themeColor="accent5" w:themeTint="FF" w:themeShade="80"/>
                <w:sz w:val="28"/>
                <w:szCs w:val="28"/>
              </w:rPr>
              <w:t>:</w:t>
            </w:r>
            <w:r w:rsidRPr="0473776C" w:rsidR="6C540AF8">
              <w:rPr>
                <w:rFonts w:ascii="Perpetua" w:hAnsi="Perpetua" w:eastAsia="Perpetua" w:cs="Perpetua"/>
                <w:b w:val="1"/>
                <w:bCs w:val="1"/>
                <w:color w:val="215868" w:themeColor="accent5" w:themeTint="FF" w:themeShade="80"/>
                <w:sz w:val="28"/>
                <w:szCs w:val="28"/>
              </w:rPr>
              <w:t xml:space="preserve">  Wear sneakers and jeans since walking all day.  For </w:t>
            </w:r>
            <w:r w:rsidRPr="0473776C" w:rsidR="6C540AF8">
              <w:rPr>
                <w:rFonts w:ascii="Perpetua" w:hAnsi="Perpetua" w:eastAsia="Perpetua" w:cs="Perpetua"/>
                <w:b w:val="1"/>
                <w:bCs w:val="1"/>
                <w:color w:val="215868" w:themeColor="accent5" w:themeTint="FF" w:themeShade="80"/>
                <w:sz w:val="28"/>
                <w:szCs w:val="28"/>
              </w:rPr>
              <w:t>dinner</w:t>
            </w:r>
            <w:r w:rsidRPr="0473776C" w:rsidR="6C540AF8">
              <w:rPr>
                <w:rFonts w:ascii="Perpetua" w:hAnsi="Perpetua" w:eastAsia="Perpetua" w:cs="Perpetua"/>
                <w:b w:val="1"/>
                <w:bCs w:val="1"/>
                <w:color w:val="215868" w:themeColor="accent5" w:themeTint="FF" w:themeShade="80"/>
                <w:sz w:val="28"/>
                <w:szCs w:val="28"/>
              </w:rPr>
              <w:t xml:space="preserve"> change into sandals.</w:t>
            </w:r>
          </w:p>
          <w:p w:rsidR="003968B6" w:rsidP="5DEE51EB" w:rsidRDefault="003968B6" w14:paraId="0A9F69FD" w14:textId="55F319F6">
            <w:pPr>
              <w:rPr>
                <w:rFonts w:ascii="Perpetua" w:hAnsi="Perpetua" w:eastAsia="Perpetua" w:cs="Perpetua"/>
                <w:sz w:val="28"/>
                <w:szCs w:val="28"/>
              </w:rPr>
            </w:pPr>
          </w:p>
        </w:tc>
      </w:tr>
      <w:tr w:rsidR="003968B6" w:rsidTr="0473776C" w14:paraId="1C9D24B5" w14:textId="77777777">
        <w:trPr>
          <w:gridAfter w:val="1"/>
          <w:wAfter w:w="11" w:type="dxa"/>
        </w:trPr>
        <w:tc>
          <w:tcPr>
            <w:tcW w:w="9350" w:type="dxa"/>
            <w:gridSpan w:val="4"/>
            <w:tcMar/>
          </w:tcPr>
          <w:p w:rsidR="003968B6" w:rsidP="0473776C" w:rsidRDefault="003968B6" w14:paraId="0CDB5F4C" w14:textId="4F2F930F">
            <w:pPr>
              <w:rPr>
                <w:rFonts w:ascii="Perpetua" w:hAnsi="Perpetua" w:eastAsia="Perpetua" w:cs="Perpetua"/>
                <w:sz w:val="28"/>
                <w:szCs w:val="28"/>
              </w:rPr>
            </w:pPr>
            <w:r w:rsidRPr="0473776C" w:rsidR="1C6E1D55">
              <w:rPr>
                <w:rFonts w:ascii="Segoe UI Emoji" w:hAnsi="Segoe UI Emoji" w:eastAsia="Segoe UI Emoji" w:cs="Segoe UI Emoji"/>
                <w:b w:val="1"/>
                <w:bCs w:val="1"/>
                <w:color w:val="215868" w:themeColor="accent5" w:themeTint="FF" w:themeShade="80"/>
                <w:sz w:val="28"/>
                <w:szCs w:val="28"/>
              </w:rPr>
              <w:t>👗👔</w:t>
            </w:r>
            <w:r w:rsidRPr="0473776C" w:rsidR="612703DE">
              <w:rPr>
                <w:rFonts w:ascii="Perpetua" w:hAnsi="Perpetua" w:eastAsia="Perpetua" w:cs="Perpetua"/>
                <w:b w:val="1"/>
                <w:bCs w:val="1"/>
                <w:color w:val="215868" w:themeColor="accent5" w:themeTint="FF" w:themeShade="80"/>
                <w:sz w:val="28"/>
                <w:szCs w:val="28"/>
              </w:rPr>
              <w:t>What to Wear:</w:t>
            </w:r>
            <w:r w:rsidRPr="0473776C" w:rsidR="4BF7B47C">
              <w:rPr>
                <w:rFonts w:ascii="Perpetua" w:hAnsi="Perpetua" w:eastAsia="Perpetua" w:cs="Perpetua"/>
                <w:b w:val="1"/>
                <w:bCs w:val="1"/>
                <w:color w:val="215868" w:themeColor="accent5" w:themeTint="FF" w:themeShade="80"/>
                <w:sz w:val="28"/>
                <w:szCs w:val="28"/>
              </w:rPr>
              <w:t xml:space="preserve">  Jeans and nice T-shirt with sneakers during the day, change into sandals and a nice top for dinner.  </w:t>
            </w:r>
            <w:r w:rsidRPr="0473776C" w:rsidR="4BF7B47C">
              <w:rPr>
                <w:rFonts w:ascii="Perpetua" w:hAnsi="Perpetua" w:eastAsia="Perpetua" w:cs="Perpetua"/>
                <w:b w:val="1"/>
                <w:bCs w:val="1"/>
                <w:color w:val="215868" w:themeColor="accent5" w:themeTint="FF" w:themeShade="80"/>
                <w:sz w:val="28"/>
                <w:szCs w:val="28"/>
              </w:rPr>
              <w:t>Don’t</w:t>
            </w:r>
            <w:r w:rsidRPr="0473776C" w:rsidR="4BF7B47C">
              <w:rPr>
                <w:rFonts w:ascii="Perpetua" w:hAnsi="Perpetua" w:eastAsia="Perpetua" w:cs="Perpetua"/>
                <w:b w:val="1"/>
                <w:bCs w:val="1"/>
                <w:color w:val="215868" w:themeColor="accent5" w:themeTint="FF" w:themeShade="80"/>
                <w:sz w:val="28"/>
                <w:szCs w:val="28"/>
              </w:rPr>
              <w:t xml:space="preserve"> forget day bag and water bottle during the day.</w:t>
            </w:r>
          </w:p>
          <w:p w:rsidR="003968B6" w:rsidRDefault="003968B6" w14:paraId="62817CC9" w14:textId="5206E9BA"/>
        </w:tc>
      </w:tr>
    </w:tbl>
    <w:p w:rsidR="008144CE" w:rsidRDefault="008144CE" w14:paraId="5548F0B3" w14:textId="77777777"/>
    <w:p w:rsidR="008144CE" w:rsidP="008144CE" w:rsidRDefault="008144CE" w14:paraId="2E2AF46F" w14:textId="77777777">
      <w:pPr>
        <w:pStyle w:val="Heading2"/>
      </w:pPr>
      <w:proofErr w:type="gramStart"/>
      <w:r>
        <w:t xml:space="preserve">🧳  </w:t>
      </w:r>
      <w:r w:rsidRPr="00F65A83">
        <w:rPr>
          <w:rFonts w:ascii="Perpetua Titling MT" w:hAnsi="Perpetua Titling MT"/>
          <w:color w:val="365F91" w:themeColor="accent1" w:themeShade="BF"/>
          <w:sz w:val="28"/>
          <w:szCs w:val="28"/>
        </w:rPr>
        <w:t>Packing</w:t>
      </w:r>
      <w:proofErr w:type="gramEnd"/>
      <w:r w:rsidRPr="00F65A83">
        <w:rPr>
          <w:rFonts w:ascii="Perpetua Titling MT" w:hAnsi="Perpetua Titling MT"/>
          <w:color w:val="365F91" w:themeColor="accent1" w:themeShade="BF"/>
          <w:sz w:val="28"/>
          <w:szCs w:val="28"/>
        </w:rPr>
        <w:t xml:space="preserve"> List</w:t>
      </w:r>
    </w:p>
    <w:tbl>
      <w:tblPr>
        <w:tblStyle w:val="TableGrid"/>
        <w:tblW w:w="0" w:type="auto"/>
        <w:tblBorders>
          <w:top w:val="single" w:color="FBD4B4" w:themeColor="accent6" w:themeTint="66" w:sz="12"/>
          <w:left w:val="single" w:color="FBD4B4" w:themeColor="accent6" w:themeTint="66" w:sz="12"/>
          <w:bottom w:val="single" w:color="FBD4B4" w:themeColor="accent6" w:themeTint="66" w:sz="12"/>
          <w:right w:val="single" w:color="FBD4B4" w:themeColor="accent6" w:themeTint="66" w:sz="12"/>
          <w:insideH w:val="single" w:color="FBD4B4" w:themeColor="accent6" w:themeTint="66" w:sz="12"/>
          <w:insideV w:val="single" w:color="FBD4B4" w:themeColor="accent6" w:themeTint="66" w:sz="12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AE6F66" w:rsidR="008144CE" w:rsidTr="0473776C" w14:paraId="68025F0B" w14:textId="77777777">
        <w:tc>
          <w:tcPr>
            <w:tcW w:w="4675" w:type="dxa"/>
            <w:tcMar/>
          </w:tcPr>
          <w:p w:rsidRPr="00AE6F66" w:rsidR="008144CE" w:rsidP="5DEE51EB" w:rsidRDefault="008144CE" w14:paraId="40F00C28" w14:textId="77777777">
            <w:pPr>
              <w:jc w:val="center"/>
              <w:rPr>
                <w:rFonts w:ascii="Perpetua" w:hAnsi="Perpetua"/>
                <w:b/>
                <w:bCs/>
                <w:sz w:val="28"/>
                <w:szCs w:val="28"/>
              </w:rPr>
            </w:pPr>
            <w:r w:rsidRPr="00AE6F66">
              <w:rPr>
                <w:rFonts w:ascii="Perpetua" w:hAnsi="Perpetua"/>
                <w:b/>
                <w:bCs/>
                <w:sz w:val="28"/>
                <w:szCs w:val="28"/>
              </w:rPr>
              <w:t>Item</w:t>
            </w:r>
          </w:p>
        </w:tc>
        <w:tc>
          <w:tcPr>
            <w:tcW w:w="4675" w:type="dxa"/>
            <w:tcMar/>
          </w:tcPr>
          <w:p w:rsidRPr="00AE6F66" w:rsidR="008144CE" w:rsidP="5DEE51EB" w:rsidRDefault="008144CE" w14:paraId="540F3F75" w14:textId="77777777">
            <w:pPr>
              <w:jc w:val="center"/>
              <w:rPr>
                <w:rFonts w:ascii="Perpetua" w:hAnsi="Perpetua"/>
                <w:b/>
                <w:bCs/>
                <w:sz w:val="28"/>
                <w:szCs w:val="28"/>
              </w:rPr>
            </w:pPr>
            <w:r w:rsidRPr="00AE6F66">
              <w:rPr>
                <w:rFonts w:ascii="Perpetua" w:hAnsi="Perpetua"/>
                <w:b/>
                <w:bCs/>
                <w:sz w:val="28"/>
                <w:szCs w:val="28"/>
              </w:rPr>
              <w:t xml:space="preserve">Packed </w:t>
            </w:r>
            <w:r w:rsidRPr="00AE6F66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✓</w:t>
            </w:r>
          </w:p>
        </w:tc>
      </w:tr>
      <w:tr w:rsidRPr="00AE6F66" w:rsidR="008144CE" w:rsidTr="0473776C" w14:paraId="572CCBDE" w14:textId="77777777">
        <w:tc>
          <w:tcPr>
            <w:tcW w:w="4675" w:type="dxa"/>
            <w:tcMar/>
          </w:tcPr>
          <w:p w:rsidRPr="00AE6F66" w:rsidR="008144CE" w:rsidP="00564268" w:rsidRDefault="008144CE" w14:paraId="3E050648" w14:textId="7C33000A">
            <w:pPr>
              <w:rPr>
                <w:rFonts w:ascii="Perpetua" w:hAnsi="Perpetua"/>
                <w:sz w:val="28"/>
                <w:szCs w:val="28"/>
              </w:rPr>
            </w:pPr>
          </w:p>
        </w:tc>
        <w:tc>
          <w:tcPr>
            <w:tcW w:w="4675" w:type="dxa"/>
            <w:tcMar/>
          </w:tcPr>
          <w:p w:rsidRPr="00AE6F66" w:rsidR="008144CE" w:rsidP="00564268" w:rsidRDefault="008144CE" w14:paraId="61CED777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</w:tr>
      <w:tr w:rsidRPr="00AE6F66" w:rsidR="008144CE" w:rsidTr="0473776C" w14:paraId="3BE8C2E5" w14:textId="77777777">
        <w:tc>
          <w:tcPr>
            <w:tcW w:w="4675" w:type="dxa"/>
            <w:tcMar/>
          </w:tcPr>
          <w:p w:rsidRPr="00AE6F66" w:rsidR="008144CE" w:rsidP="00564268" w:rsidRDefault="008144CE" w14:paraId="6C95E31B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  <w:tc>
          <w:tcPr>
            <w:tcW w:w="4675" w:type="dxa"/>
            <w:tcMar/>
          </w:tcPr>
          <w:p w:rsidRPr="00AE6F66" w:rsidR="008144CE" w:rsidP="00564268" w:rsidRDefault="008144CE" w14:paraId="4D366C62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</w:tr>
      <w:tr w:rsidRPr="00AE6F66" w:rsidR="008144CE" w:rsidTr="0473776C" w14:paraId="73F9B7FC" w14:textId="77777777">
        <w:tc>
          <w:tcPr>
            <w:tcW w:w="4675" w:type="dxa"/>
            <w:tcMar/>
          </w:tcPr>
          <w:p w:rsidRPr="00AE6F66" w:rsidR="008144CE" w:rsidP="00564268" w:rsidRDefault="008144CE" w14:paraId="6B89961E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  <w:tc>
          <w:tcPr>
            <w:tcW w:w="4675" w:type="dxa"/>
            <w:tcMar/>
          </w:tcPr>
          <w:p w:rsidRPr="00AE6F66" w:rsidR="008144CE" w:rsidP="00564268" w:rsidRDefault="008144CE" w14:paraId="1850EF51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</w:tr>
      <w:tr w:rsidRPr="00AE6F66" w:rsidR="008144CE" w:rsidTr="0473776C" w14:paraId="703FAAF8" w14:textId="77777777">
        <w:tc>
          <w:tcPr>
            <w:tcW w:w="4675" w:type="dxa"/>
            <w:tcMar/>
          </w:tcPr>
          <w:p w:rsidRPr="00AE6F66" w:rsidR="008144CE" w:rsidP="00564268" w:rsidRDefault="008144CE" w14:paraId="4E143C47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  <w:tc>
          <w:tcPr>
            <w:tcW w:w="4675" w:type="dxa"/>
            <w:tcMar/>
          </w:tcPr>
          <w:p w:rsidRPr="00AE6F66" w:rsidR="008144CE" w:rsidP="00564268" w:rsidRDefault="008144CE" w14:paraId="795941D6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</w:tr>
      <w:tr w:rsidRPr="00AE6F66" w:rsidR="008144CE" w:rsidTr="0473776C" w14:paraId="7F51CF3B" w14:textId="77777777">
        <w:tc>
          <w:tcPr>
            <w:tcW w:w="4675" w:type="dxa"/>
            <w:tcMar/>
          </w:tcPr>
          <w:p w:rsidRPr="00AE6F66" w:rsidR="008144CE" w:rsidP="00564268" w:rsidRDefault="008144CE" w14:paraId="558EF297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  <w:tc>
          <w:tcPr>
            <w:tcW w:w="4675" w:type="dxa"/>
            <w:tcMar/>
          </w:tcPr>
          <w:p w:rsidRPr="00AE6F66" w:rsidR="008144CE" w:rsidP="00564268" w:rsidRDefault="008144CE" w14:paraId="67FD667E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</w:tr>
      <w:tr w:rsidRPr="00AE6F66" w:rsidR="008144CE" w:rsidTr="0473776C" w14:paraId="380E32BF" w14:textId="77777777">
        <w:tc>
          <w:tcPr>
            <w:tcW w:w="4675" w:type="dxa"/>
            <w:tcMar/>
          </w:tcPr>
          <w:p w:rsidRPr="00AE6F66" w:rsidR="008144CE" w:rsidP="00564268" w:rsidRDefault="008144CE" w14:paraId="0087F403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  <w:tc>
          <w:tcPr>
            <w:tcW w:w="4675" w:type="dxa"/>
            <w:tcMar/>
          </w:tcPr>
          <w:p w:rsidRPr="00AE6F66" w:rsidR="008144CE" w:rsidP="00564268" w:rsidRDefault="008144CE" w14:paraId="7AA8C804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</w:tr>
      <w:tr w:rsidRPr="00AE6F66" w:rsidR="008144CE" w:rsidTr="0473776C" w14:paraId="55411EB1" w14:textId="77777777">
        <w:tc>
          <w:tcPr>
            <w:tcW w:w="4675" w:type="dxa"/>
            <w:tcMar/>
          </w:tcPr>
          <w:p w:rsidRPr="00AE6F66" w:rsidR="008144CE" w:rsidP="00564268" w:rsidRDefault="008144CE" w14:paraId="13BDA0FB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  <w:tc>
          <w:tcPr>
            <w:tcW w:w="4675" w:type="dxa"/>
            <w:tcMar/>
          </w:tcPr>
          <w:p w:rsidRPr="00AE6F66" w:rsidR="008144CE" w:rsidP="00564268" w:rsidRDefault="008144CE" w14:paraId="6CD57D9F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</w:tr>
      <w:tr w:rsidRPr="00AE6F66" w:rsidR="008144CE" w:rsidTr="0473776C" w14:paraId="05813C67" w14:textId="77777777">
        <w:tc>
          <w:tcPr>
            <w:tcW w:w="4675" w:type="dxa"/>
            <w:tcMar/>
          </w:tcPr>
          <w:p w:rsidRPr="00AE6F66" w:rsidR="008144CE" w:rsidP="00564268" w:rsidRDefault="008144CE" w14:paraId="3E4355BA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  <w:tc>
          <w:tcPr>
            <w:tcW w:w="4675" w:type="dxa"/>
            <w:tcMar/>
          </w:tcPr>
          <w:p w:rsidRPr="00AE6F66" w:rsidR="008144CE" w:rsidP="00564268" w:rsidRDefault="008144CE" w14:paraId="383C89DA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</w:tr>
      <w:tr w:rsidRPr="00AE6F66" w:rsidR="008144CE" w:rsidTr="0473776C" w14:paraId="0CB4B0E0" w14:textId="77777777">
        <w:tc>
          <w:tcPr>
            <w:tcW w:w="4675" w:type="dxa"/>
            <w:tcMar/>
          </w:tcPr>
          <w:p w:rsidRPr="00AE6F66" w:rsidR="008144CE" w:rsidP="00564268" w:rsidRDefault="008144CE" w14:paraId="49F6E47A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  <w:tc>
          <w:tcPr>
            <w:tcW w:w="4675" w:type="dxa"/>
            <w:tcMar/>
          </w:tcPr>
          <w:p w:rsidRPr="00AE6F66" w:rsidR="008144CE" w:rsidP="00564268" w:rsidRDefault="008144CE" w14:paraId="1FA80AD8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</w:tr>
      <w:tr w:rsidRPr="00AE6F66" w:rsidR="008144CE" w:rsidTr="0473776C" w14:paraId="6386F703" w14:textId="77777777">
        <w:tc>
          <w:tcPr>
            <w:tcW w:w="4675" w:type="dxa"/>
            <w:tcMar/>
          </w:tcPr>
          <w:p w:rsidRPr="00AE6F66" w:rsidR="008144CE" w:rsidP="00564268" w:rsidRDefault="008144CE" w14:paraId="0AF241E4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  <w:tc>
          <w:tcPr>
            <w:tcW w:w="4675" w:type="dxa"/>
            <w:tcMar/>
          </w:tcPr>
          <w:p w:rsidRPr="00AE6F66" w:rsidR="008144CE" w:rsidP="00564268" w:rsidRDefault="008144CE" w14:paraId="0AD68A5E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</w:tr>
      <w:tr w:rsidRPr="00AE6F66" w:rsidR="008144CE" w:rsidTr="0473776C" w14:paraId="5A14748B" w14:textId="77777777">
        <w:tc>
          <w:tcPr>
            <w:tcW w:w="4675" w:type="dxa"/>
            <w:tcMar/>
          </w:tcPr>
          <w:p w:rsidRPr="00AE6F66" w:rsidR="008144CE" w:rsidP="00564268" w:rsidRDefault="008144CE" w14:paraId="4BBF1724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  <w:tc>
          <w:tcPr>
            <w:tcW w:w="4675" w:type="dxa"/>
            <w:tcMar/>
          </w:tcPr>
          <w:p w:rsidRPr="00AE6F66" w:rsidR="008144CE" w:rsidP="00564268" w:rsidRDefault="008144CE" w14:paraId="7CE78CE0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</w:tr>
      <w:tr w:rsidRPr="00AE6F66" w:rsidR="008144CE" w:rsidTr="0473776C" w14:paraId="01E4225A" w14:textId="77777777">
        <w:tc>
          <w:tcPr>
            <w:tcW w:w="4675" w:type="dxa"/>
            <w:tcMar/>
          </w:tcPr>
          <w:p w:rsidRPr="00AE6F66" w:rsidR="008144CE" w:rsidP="00564268" w:rsidRDefault="008144CE" w14:paraId="5DC7EC69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  <w:tc>
          <w:tcPr>
            <w:tcW w:w="4675" w:type="dxa"/>
            <w:tcMar/>
          </w:tcPr>
          <w:p w:rsidRPr="00AE6F66" w:rsidR="008144CE" w:rsidP="00564268" w:rsidRDefault="008144CE" w14:paraId="59C551E8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</w:tr>
      <w:tr w:rsidRPr="00AE6F66" w:rsidR="008144CE" w:rsidTr="0473776C" w14:paraId="2547E111" w14:textId="77777777">
        <w:tc>
          <w:tcPr>
            <w:tcW w:w="4675" w:type="dxa"/>
            <w:tcMar/>
          </w:tcPr>
          <w:p w:rsidRPr="00AE6F66" w:rsidR="008144CE" w:rsidP="00564268" w:rsidRDefault="008144CE" w14:paraId="28068DD8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  <w:tc>
          <w:tcPr>
            <w:tcW w:w="4675" w:type="dxa"/>
            <w:tcMar/>
          </w:tcPr>
          <w:p w:rsidRPr="00AE6F66" w:rsidR="008144CE" w:rsidP="00564268" w:rsidRDefault="008144CE" w14:paraId="1E7C6553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</w:tr>
      <w:tr w:rsidRPr="00AE6F66" w:rsidR="008144CE" w:rsidTr="0473776C" w14:paraId="1EE12C68" w14:textId="77777777">
        <w:tc>
          <w:tcPr>
            <w:tcW w:w="4675" w:type="dxa"/>
            <w:tcMar/>
          </w:tcPr>
          <w:p w:rsidRPr="00AE6F66" w:rsidR="008144CE" w:rsidP="00564268" w:rsidRDefault="008144CE" w14:paraId="519220B1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  <w:tc>
          <w:tcPr>
            <w:tcW w:w="4675" w:type="dxa"/>
            <w:tcMar/>
          </w:tcPr>
          <w:p w:rsidRPr="00AE6F66" w:rsidR="008144CE" w:rsidP="00564268" w:rsidRDefault="008144CE" w14:paraId="6DFD0622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</w:tr>
      <w:tr w:rsidRPr="00AE6F66" w:rsidR="008144CE" w:rsidTr="0473776C" w14:paraId="1C400964" w14:textId="77777777">
        <w:tc>
          <w:tcPr>
            <w:tcW w:w="4675" w:type="dxa"/>
            <w:tcMar/>
          </w:tcPr>
          <w:p w:rsidRPr="00AE6F66" w:rsidR="008144CE" w:rsidP="00564268" w:rsidRDefault="008144CE" w14:paraId="3F71548B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  <w:tc>
          <w:tcPr>
            <w:tcW w:w="4675" w:type="dxa"/>
            <w:tcMar/>
          </w:tcPr>
          <w:p w:rsidRPr="00AE6F66" w:rsidR="008144CE" w:rsidP="00564268" w:rsidRDefault="008144CE" w14:paraId="79C52C43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</w:tr>
      <w:tr w:rsidRPr="00AE6F66" w:rsidR="008144CE" w:rsidTr="0473776C" w14:paraId="3CB545E9" w14:textId="77777777">
        <w:tc>
          <w:tcPr>
            <w:tcW w:w="4675" w:type="dxa"/>
            <w:tcMar/>
          </w:tcPr>
          <w:p w:rsidRPr="00AE6F66" w:rsidR="008144CE" w:rsidP="00564268" w:rsidRDefault="008144CE" w14:paraId="5FB50F54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  <w:tc>
          <w:tcPr>
            <w:tcW w:w="4675" w:type="dxa"/>
            <w:tcMar/>
          </w:tcPr>
          <w:p w:rsidRPr="00AE6F66" w:rsidR="008144CE" w:rsidP="00564268" w:rsidRDefault="008144CE" w14:paraId="4019E6BA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</w:tr>
      <w:tr w:rsidRPr="00AE6F66" w:rsidR="008144CE" w:rsidTr="0473776C" w14:paraId="2B166499" w14:textId="77777777">
        <w:tc>
          <w:tcPr>
            <w:tcW w:w="4675" w:type="dxa"/>
            <w:tcMar/>
          </w:tcPr>
          <w:p w:rsidRPr="00AE6F66" w:rsidR="008144CE" w:rsidP="00564268" w:rsidRDefault="008144CE" w14:paraId="1147DB68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  <w:tc>
          <w:tcPr>
            <w:tcW w:w="4675" w:type="dxa"/>
            <w:tcMar/>
          </w:tcPr>
          <w:p w:rsidRPr="00AE6F66" w:rsidR="008144CE" w:rsidP="00564268" w:rsidRDefault="008144CE" w14:paraId="0CB8DD81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</w:tr>
      <w:tr w:rsidRPr="00AE6F66" w:rsidR="008144CE" w:rsidTr="0473776C" w14:paraId="0B7A4E6A" w14:textId="77777777">
        <w:tc>
          <w:tcPr>
            <w:tcW w:w="4675" w:type="dxa"/>
            <w:tcMar/>
          </w:tcPr>
          <w:p w:rsidRPr="00AE6F66" w:rsidR="008144CE" w:rsidP="00564268" w:rsidRDefault="008144CE" w14:paraId="151E070B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  <w:tc>
          <w:tcPr>
            <w:tcW w:w="4675" w:type="dxa"/>
            <w:tcMar/>
          </w:tcPr>
          <w:p w:rsidRPr="00AE6F66" w:rsidR="008144CE" w:rsidP="00564268" w:rsidRDefault="008144CE" w14:paraId="3C00F315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</w:tr>
      <w:tr w:rsidRPr="00AE6F66" w:rsidR="008144CE" w:rsidTr="0473776C" w14:paraId="291F9184" w14:textId="77777777">
        <w:tc>
          <w:tcPr>
            <w:tcW w:w="4675" w:type="dxa"/>
            <w:tcMar/>
          </w:tcPr>
          <w:p w:rsidRPr="00AE6F66" w:rsidR="008144CE" w:rsidP="00564268" w:rsidRDefault="008144CE" w14:paraId="6E1EED8E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  <w:tc>
          <w:tcPr>
            <w:tcW w:w="4675" w:type="dxa"/>
            <w:tcMar/>
          </w:tcPr>
          <w:p w:rsidRPr="00AE6F66" w:rsidR="008144CE" w:rsidP="00564268" w:rsidRDefault="008144CE" w14:paraId="338C5181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</w:tr>
      <w:tr w:rsidRPr="00AE6F66" w:rsidR="005809CD" w:rsidTr="0473776C" w14:paraId="6D55EC57" w14:textId="77777777">
        <w:tc>
          <w:tcPr>
            <w:tcW w:w="4675" w:type="dxa"/>
            <w:tcMar/>
          </w:tcPr>
          <w:p w:rsidRPr="00AE6F66" w:rsidR="005809CD" w:rsidP="00564268" w:rsidRDefault="005809CD" w14:paraId="733E9DE9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  <w:tc>
          <w:tcPr>
            <w:tcW w:w="4675" w:type="dxa"/>
            <w:tcMar/>
          </w:tcPr>
          <w:p w:rsidRPr="00AE6F66" w:rsidR="005809CD" w:rsidP="00564268" w:rsidRDefault="005809CD" w14:paraId="443CD8CC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</w:tr>
    </w:tbl>
    <w:p w:rsidR="005809CD" w:rsidP="008144CE" w:rsidRDefault="005809CD" w14:paraId="00CBA06B" w14:textId="77777777">
      <w:pPr>
        <w:pStyle w:val="Heading2"/>
        <w:rPr>
          <w:rFonts w:ascii="Segoe UI Emoji" w:hAnsi="Segoe UI Emoji" w:cs="Segoe UI Emoji"/>
          <w:sz w:val="28"/>
          <w:szCs w:val="28"/>
        </w:rPr>
      </w:pPr>
    </w:p>
    <w:p w:rsidR="005809CD" w:rsidP="008144CE" w:rsidRDefault="005809CD" w14:paraId="0B090FD0" w14:textId="77777777">
      <w:pPr>
        <w:pStyle w:val="Heading2"/>
        <w:rPr>
          <w:rFonts w:ascii="Segoe UI Emoji" w:hAnsi="Segoe UI Emoji" w:cs="Segoe UI Emoji"/>
          <w:sz w:val="28"/>
          <w:szCs w:val="28"/>
        </w:rPr>
      </w:pPr>
    </w:p>
    <w:p w:rsidRPr="005809CD" w:rsidR="008144CE" w:rsidP="008144CE" w:rsidRDefault="008144CE" w14:paraId="02AD89F0" w14:textId="1ED5CC3D">
      <w:pPr>
        <w:pStyle w:val="Heading2"/>
        <w:rPr>
          <w:rFonts w:ascii="Segoe UI Emoji" w:hAnsi="Segoe UI Emoji" w:cs="Segoe UI Emoji"/>
          <w:sz w:val="28"/>
          <w:szCs w:val="28"/>
        </w:rPr>
      </w:pPr>
      <w:proofErr w:type="gramStart"/>
      <w:r w:rsidRPr="00AE6F66">
        <w:rPr>
          <w:rFonts w:ascii="Segoe UI Emoji" w:hAnsi="Segoe UI Emoji" w:cs="Segoe UI Emoji"/>
          <w:sz w:val="28"/>
          <w:szCs w:val="28"/>
        </w:rPr>
        <w:t>🌍</w:t>
      </w:r>
      <w:r w:rsidRPr="00AE6F66">
        <w:rPr>
          <w:rFonts w:ascii="Perpetua" w:hAnsi="Perpetua"/>
          <w:sz w:val="28"/>
          <w:szCs w:val="28"/>
        </w:rPr>
        <w:t xml:space="preserve">  </w:t>
      </w:r>
      <w:r w:rsidRPr="00AE6F66">
        <w:rPr>
          <w:rFonts w:ascii="Perpetua Titling MT" w:hAnsi="Perpetua Titling MT"/>
          <w:sz w:val="28"/>
          <w:szCs w:val="28"/>
        </w:rPr>
        <w:t>International</w:t>
      </w:r>
      <w:proofErr w:type="gramEnd"/>
      <w:r w:rsidRPr="00AE6F66">
        <w:rPr>
          <w:rFonts w:ascii="Perpetua Titling MT" w:hAnsi="Perpetua Titling MT"/>
          <w:sz w:val="28"/>
          <w:szCs w:val="28"/>
        </w:rPr>
        <w:t xml:space="preserve"> Travel Details</w:t>
      </w:r>
      <w:r w:rsidRPr="00AE6F66" w:rsidR="7A8DFFDF">
        <w:rPr>
          <w:rFonts w:ascii="Perpetua Titling MT" w:hAnsi="Perpetua Titling MT"/>
          <w:sz w:val="28"/>
          <w:szCs w:val="28"/>
        </w:rPr>
        <w:t xml:space="preserve"> (If Applicable)</w:t>
      </w:r>
    </w:p>
    <w:tbl>
      <w:tblPr>
        <w:tblStyle w:val="TableGrid"/>
        <w:tblW w:w="0" w:type="auto"/>
        <w:tblBorders>
          <w:top w:val="single" w:color="FBD4B4" w:themeColor="accent6" w:themeTint="66" w:sz="12"/>
          <w:left w:val="single" w:color="FBD4B4" w:themeColor="accent6" w:themeTint="66" w:sz="12"/>
          <w:bottom w:val="single" w:color="FBD4B4" w:themeColor="accent6" w:themeTint="66" w:sz="12"/>
          <w:right w:val="single" w:color="FBD4B4" w:themeColor="accent6" w:themeTint="66" w:sz="12"/>
          <w:insideH w:val="single" w:color="FBD4B4" w:themeColor="accent6" w:themeTint="66" w:sz="12"/>
          <w:insideV w:val="single" w:color="FBD4B4" w:themeColor="accent6" w:themeTint="66" w:sz="12"/>
        </w:tblBorders>
        <w:tblLook w:val="04A0" w:firstRow="1" w:lastRow="0" w:firstColumn="1" w:lastColumn="0" w:noHBand="0" w:noVBand="1"/>
      </w:tblPr>
      <w:tblGrid>
        <w:gridCol w:w="4676"/>
        <w:gridCol w:w="4674"/>
      </w:tblGrid>
      <w:tr w:rsidRPr="00AE6F66" w:rsidR="008144CE" w:rsidTr="0473776C" w14:paraId="60A81124" w14:textId="77777777">
        <w:tc>
          <w:tcPr>
            <w:tcW w:w="4680" w:type="dxa"/>
            <w:tcMar/>
          </w:tcPr>
          <w:p w:rsidRPr="00AE6F66" w:rsidR="008144CE" w:rsidP="00564268" w:rsidRDefault="008144CE" w14:paraId="56917E33" w14:textId="77777777">
            <w:pPr>
              <w:rPr>
                <w:rFonts w:ascii="Perpetua" w:hAnsi="Perpetua"/>
                <w:sz w:val="28"/>
                <w:szCs w:val="28"/>
              </w:rPr>
            </w:pPr>
            <w:r w:rsidRPr="00AE6F66">
              <w:rPr>
                <w:rFonts w:ascii="Perpetua" w:hAnsi="Perpetua"/>
                <w:sz w:val="28"/>
                <w:szCs w:val="28"/>
              </w:rPr>
              <w:t>Passports (expiry dates)</w:t>
            </w:r>
          </w:p>
        </w:tc>
        <w:tc>
          <w:tcPr>
            <w:tcW w:w="4680" w:type="dxa"/>
            <w:tcMar/>
          </w:tcPr>
          <w:p w:rsidRPr="00AE6F66" w:rsidR="008144CE" w:rsidP="00564268" w:rsidRDefault="008144CE" w14:paraId="26A34558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</w:tr>
      <w:tr w:rsidRPr="00AE6F66" w:rsidR="008144CE" w:rsidTr="0473776C" w14:paraId="31900F7D" w14:textId="77777777">
        <w:tc>
          <w:tcPr>
            <w:tcW w:w="4680" w:type="dxa"/>
            <w:tcMar/>
          </w:tcPr>
          <w:p w:rsidRPr="00AE6F66" w:rsidR="008144CE" w:rsidP="00564268" w:rsidRDefault="008144CE" w14:paraId="2AA6798E" w14:textId="77777777">
            <w:pPr>
              <w:rPr>
                <w:rFonts w:ascii="Perpetua" w:hAnsi="Perpetua"/>
                <w:sz w:val="28"/>
                <w:szCs w:val="28"/>
              </w:rPr>
            </w:pPr>
            <w:r w:rsidRPr="00AE6F66">
              <w:rPr>
                <w:rFonts w:ascii="Perpetua" w:hAnsi="Perpetua"/>
                <w:sz w:val="28"/>
                <w:szCs w:val="28"/>
              </w:rPr>
              <w:t>Visas / Entry Requirements</w:t>
            </w:r>
          </w:p>
        </w:tc>
        <w:tc>
          <w:tcPr>
            <w:tcW w:w="4680" w:type="dxa"/>
            <w:tcMar/>
          </w:tcPr>
          <w:p w:rsidRPr="00AE6F66" w:rsidR="008144CE" w:rsidP="00564268" w:rsidRDefault="008144CE" w14:paraId="4F921081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</w:tr>
      <w:tr w:rsidRPr="00AE6F66" w:rsidR="008144CE" w:rsidTr="0473776C" w14:paraId="0E1C029D" w14:textId="77777777">
        <w:tc>
          <w:tcPr>
            <w:tcW w:w="4680" w:type="dxa"/>
            <w:tcMar/>
          </w:tcPr>
          <w:p w:rsidRPr="00AE6F66" w:rsidR="008144CE" w:rsidP="00564268" w:rsidRDefault="008144CE" w14:paraId="7EAEF417" w14:textId="77777777">
            <w:pPr>
              <w:rPr>
                <w:rFonts w:ascii="Perpetua" w:hAnsi="Perpetua"/>
                <w:sz w:val="28"/>
                <w:szCs w:val="28"/>
              </w:rPr>
            </w:pPr>
            <w:r w:rsidRPr="00AE6F66">
              <w:rPr>
                <w:rFonts w:ascii="Perpetua" w:hAnsi="Perpetua"/>
                <w:sz w:val="28"/>
                <w:szCs w:val="28"/>
              </w:rPr>
              <w:t>Customs / Declarations</w:t>
            </w:r>
          </w:p>
        </w:tc>
        <w:tc>
          <w:tcPr>
            <w:tcW w:w="4680" w:type="dxa"/>
            <w:tcMar/>
          </w:tcPr>
          <w:p w:rsidRPr="00AE6F66" w:rsidR="008144CE" w:rsidP="00564268" w:rsidRDefault="008144CE" w14:paraId="18D713B7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</w:tr>
      <w:tr w:rsidRPr="00AE6F66" w:rsidR="008144CE" w:rsidTr="0473776C" w14:paraId="48CF1D15" w14:textId="77777777">
        <w:tc>
          <w:tcPr>
            <w:tcW w:w="4680" w:type="dxa"/>
            <w:tcMar/>
          </w:tcPr>
          <w:p w:rsidRPr="00AE6F66" w:rsidR="008144CE" w:rsidP="00564268" w:rsidRDefault="008144CE" w14:paraId="3CB1C451" w14:textId="77777777">
            <w:pPr>
              <w:rPr>
                <w:rFonts w:ascii="Perpetua" w:hAnsi="Perpetua"/>
                <w:sz w:val="28"/>
                <w:szCs w:val="28"/>
              </w:rPr>
            </w:pPr>
            <w:r w:rsidRPr="00AE6F66">
              <w:rPr>
                <w:rFonts w:ascii="Perpetua" w:hAnsi="Perpetua"/>
                <w:sz w:val="28"/>
                <w:szCs w:val="28"/>
              </w:rPr>
              <w:t>Power Adapters / Voltage</w:t>
            </w:r>
          </w:p>
        </w:tc>
        <w:tc>
          <w:tcPr>
            <w:tcW w:w="4680" w:type="dxa"/>
            <w:tcMar/>
          </w:tcPr>
          <w:p w:rsidRPr="00AE6F66" w:rsidR="008144CE" w:rsidP="00564268" w:rsidRDefault="008144CE" w14:paraId="0AC52953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</w:tr>
      <w:tr w:rsidRPr="00AE6F66" w:rsidR="008144CE" w:rsidTr="0473776C" w14:paraId="2E0AB61A" w14:textId="77777777">
        <w:tc>
          <w:tcPr>
            <w:tcW w:w="4680" w:type="dxa"/>
            <w:tcMar/>
          </w:tcPr>
          <w:p w:rsidRPr="00AE6F66" w:rsidR="008144CE" w:rsidP="00564268" w:rsidRDefault="008144CE" w14:paraId="4C9B96DB" w14:textId="77777777">
            <w:pPr>
              <w:rPr>
                <w:rFonts w:ascii="Perpetua" w:hAnsi="Perpetua"/>
                <w:sz w:val="28"/>
                <w:szCs w:val="28"/>
              </w:rPr>
            </w:pPr>
            <w:r w:rsidRPr="00AE6F66">
              <w:rPr>
                <w:rFonts w:ascii="Perpetua" w:hAnsi="Perpetua"/>
                <w:sz w:val="28"/>
                <w:szCs w:val="28"/>
              </w:rPr>
              <w:t>Mobile / Data Plan</w:t>
            </w:r>
          </w:p>
        </w:tc>
        <w:tc>
          <w:tcPr>
            <w:tcW w:w="4680" w:type="dxa"/>
            <w:tcMar/>
          </w:tcPr>
          <w:p w:rsidRPr="00AE6F66" w:rsidR="008144CE" w:rsidP="00564268" w:rsidRDefault="008144CE" w14:paraId="07F71C70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</w:tr>
      <w:tr w:rsidRPr="00AE6F66" w:rsidR="008144CE" w:rsidTr="0473776C" w14:paraId="07D39A37" w14:textId="77777777">
        <w:tc>
          <w:tcPr>
            <w:tcW w:w="4680" w:type="dxa"/>
            <w:tcMar/>
          </w:tcPr>
          <w:p w:rsidRPr="00AE6F66" w:rsidR="008144CE" w:rsidP="00564268" w:rsidRDefault="008144CE" w14:paraId="6BF8CCDF" w14:textId="77777777">
            <w:pPr>
              <w:rPr>
                <w:rFonts w:ascii="Perpetua" w:hAnsi="Perpetua"/>
                <w:sz w:val="28"/>
                <w:szCs w:val="28"/>
              </w:rPr>
            </w:pPr>
            <w:r w:rsidRPr="00AE6F66">
              <w:rPr>
                <w:rFonts w:ascii="Perpetua" w:hAnsi="Perpetua"/>
                <w:sz w:val="28"/>
                <w:szCs w:val="28"/>
              </w:rPr>
              <w:t>Emergency Numbers</w:t>
            </w:r>
          </w:p>
        </w:tc>
        <w:tc>
          <w:tcPr>
            <w:tcW w:w="4680" w:type="dxa"/>
            <w:tcMar/>
          </w:tcPr>
          <w:p w:rsidRPr="00AE6F66" w:rsidR="008144CE" w:rsidP="00564268" w:rsidRDefault="008144CE" w14:paraId="42D88784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</w:tr>
      <w:tr w:rsidRPr="00AE6F66" w:rsidR="008144CE" w:rsidTr="0473776C" w14:paraId="19B18148" w14:textId="77777777">
        <w:tc>
          <w:tcPr>
            <w:tcW w:w="4680" w:type="dxa"/>
            <w:tcMar/>
          </w:tcPr>
          <w:p w:rsidRPr="00AE6F66" w:rsidR="008144CE" w:rsidP="00564268" w:rsidRDefault="008144CE" w14:paraId="5BCFD97D" w14:textId="77777777">
            <w:pPr>
              <w:rPr>
                <w:rFonts w:ascii="Perpetua" w:hAnsi="Perpetua"/>
                <w:sz w:val="28"/>
                <w:szCs w:val="28"/>
              </w:rPr>
            </w:pPr>
            <w:r w:rsidRPr="00AE6F66">
              <w:rPr>
                <w:rFonts w:ascii="Perpetua" w:hAnsi="Perpetua"/>
                <w:sz w:val="28"/>
                <w:szCs w:val="28"/>
              </w:rPr>
              <w:t>Cultural Notes / Etiquette</w:t>
            </w:r>
          </w:p>
        </w:tc>
        <w:tc>
          <w:tcPr>
            <w:tcW w:w="4680" w:type="dxa"/>
            <w:tcMar/>
          </w:tcPr>
          <w:p w:rsidRPr="00AE6F66" w:rsidR="008144CE" w:rsidP="00564268" w:rsidRDefault="008144CE" w14:paraId="4FD78260" w14:textId="77777777">
            <w:pPr>
              <w:rPr>
                <w:rFonts w:ascii="Perpetua" w:hAnsi="Perpetua"/>
                <w:sz w:val="28"/>
                <w:szCs w:val="28"/>
              </w:rPr>
            </w:pPr>
          </w:p>
        </w:tc>
      </w:tr>
    </w:tbl>
    <w:p w:rsidR="008144CE" w:rsidP="008144CE" w:rsidRDefault="008144CE" w14:paraId="49B969EB" w14:textId="77777777">
      <w:r>
        <w:br w:type="page"/>
      </w:r>
    </w:p>
    <w:p w:rsidR="008144CE" w:rsidP="5DEE51EB" w:rsidRDefault="008144CE" w14:paraId="3C79F7FA" w14:textId="745668F6">
      <w:pPr>
        <w:rPr>
          <w:rFonts w:ascii="Perpetua Titling MT" w:hAnsi="Perpetua Titling MT" w:eastAsia="Perpetua Titling MT" w:cs="Perpetua Titling MT"/>
        </w:rPr>
      </w:pPr>
    </w:p>
    <w:p w:rsidR="003968B6" w:rsidP="5DEE51EB" w:rsidRDefault="005D0918" w14:paraId="7970F270" w14:textId="77777777">
      <w:pPr>
        <w:pStyle w:val="Heading2"/>
        <w:rPr>
          <w:rFonts w:ascii="Perpetua Titling MT" w:hAnsi="Perpetua Titling MT" w:eastAsia="Perpetua Titling MT" w:cs="Perpetua Titling MT"/>
        </w:rPr>
      </w:pPr>
      <w:proofErr w:type="gramStart"/>
      <w:r w:rsidRPr="5DEE51EB">
        <w:rPr>
          <w:rFonts w:ascii="Perpetua Titling MT" w:hAnsi="Perpetua Titling MT" w:eastAsia="Perpetua Titling MT" w:cs="Perpetua Titling MT"/>
        </w:rPr>
        <w:t xml:space="preserve">📖  </w:t>
      </w:r>
      <w:r w:rsidRPr="00F65A83">
        <w:rPr>
          <w:rFonts w:ascii="Perpetua Titling MT" w:hAnsi="Perpetua Titling MT" w:eastAsia="Perpetua Titling MT" w:cs="Perpetua Titling MT"/>
          <w:sz w:val="28"/>
          <w:szCs w:val="28"/>
        </w:rPr>
        <w:t>Travel</w:t>
      </w:r>
      <w:proofErr w:type="gramEnd"/>
      <w:r w:rsidRPr="00F65A83">
        <w:rPr>
          <w:rFonts w:ascii="Perpetua Titling MT" w:hAnsi="Perpetua Titling MT" w:eastAsia="Perpetua Titling MT" w:cs="Perpetua Titling MT"/>
          <w:sz w:val="28"/>
          <w:szCs w:val="28"/>
        </w:rPr>
        <w:t xml:space="preserve"> Journal &amp; Memories</w:t>
      </w:r>
    </w:p>
    <w:tbl>
      <w:tblPr>
        <w:tblStyle w:val="TableGrid"/>
        <w:tblW w:w="0" w:type="auto"/>
        <w:tblBorders>
          <w:top w:val="single" w:color="FBD4B4" w:themeColor="accent6" w:themeTint="66" w:sz="12"/>
          <w:left w:val="single" w:color="FBD4B4" w:themeColor="accent6" w:themeTint="66" w:sz="12"/>
          <w:bottom w:val="single" w:color="FBD4B4" w:themeColor="accent6" w:themeTint="66" w:sz="12"/>
          <w:right w:val="single" w:color="FBD4B4" w:themeColor="accent6" w:themeTint="66" w:sz="12"/>
          <w:insideH w:val="single" w:color="FBD4B4" w:themeColor="accent6" w:themeTint="66" w:sz="12"/>
          <w:insideV w:val="single" w:color="FBD4B4" w:themeColor="accent6" w:themeTint="66" w:sz="12"/>
        </w:tblBorders>
        <w:tblLook w:val="04A0" w:firstRow="1" w:lastRow="0" w:firstColumn="1" w:lastColumn="0" w:noHBand="0" w:noVBand="1"/>
      </w:tblPr>
      <w:tblGrid>
        <w:gridCol w:w="9350"/>
      </w:tblGrid>
      <w:tr w:rsidR="003968B6" w:rsidTr="0473776C" w14:paraId="2759D0FF" w14:textId="77777777">
        <w:tc>
          <w:tcPr>
            <w:tcW w:w="9360" w:type="dxa"/>
            <w:tcMar/>
          </w:tcPr>
          <w:p w:rsidR="003968B6" w:rsidP="5DEE51EB" w:rsidRDefault="005D0918" w14:paraId="1A93DF2D" w14:textId="265A2E8C">
            <w:pPr>
              <w:rPr>
                <w:rFonts w:ascii="Perpetua" w:hAnsi="Perpetua" w:eastAsia="Perpetua" w:cs="Perpetua"/>
                <w:sz w:val="28"/>
                <w:szCs w:val="28"/>
              </w:rPr>
            </w:pPr>
            <w:r w:rsidRPr="5DEE51EB">
              <w:rPr>
                <w:rFonts w:ascii="Perpetua" w:hAnsi="Perpetua" w:eastAsia="Perpetua" w:cs="Perpetua"/>
                <w:sz w:val="28"/>
                <w:szCs w:val="28"/>
              </w:rPr>
              <w:t>Reflections, favorite moments, meaningful experiences, things you learned, and memories you want to keep.</w:t>
            </w:r>
          </w:p>
          <w:p w:rsidR="003968B6" w:rsidRDefault="003968B6" w14:paraId="4F7C7C51" w14:textId="4191EB22"/>
          <w:p w:rsidR="003968B6" w:rsidRDefault="003968B6" w14:paraId="4842FF23" w14:textId="289D7B5E"/>
          <w:p w:rsidR="003968B6" w:rsidRDefault="003968B6" w14:paraId="2093BB16" w14:textId="20AD04DF"/>
          <w:p w:rsidR="003968B6" w:rsidRDefault="003968B6" w14:paraId="04E17D8D" w14:textId="5FF058F2"/>
          <w:p w:rsidR="003968B6" w:rsidRDefault="003968B6" w14:paraId="66E9DE20" w14:textId="3C3065A7"/>
          <w:p w:rsidR="003968B6" w:rsidRDefault="003968B6" w14:paraId="70860F2C" w14:textId="39450166"/>
          <w:p w:rsidR="003968B6" w:rsidRDefault="003968B6" w14:paraId="62709B7A" w14:textId="5DF990D3"/>
          <w:p w:rsidR="003968B6" w:rsidRDefault="003968B6" w14:paraId="3DC2E777" w14:textId="5C5B1733"/>
          <w:p w:rsidR="003968B6" w:rsidRDefault="003968B6" w14:paraId="4B815E9B" w14:textId="0292AE80"/>
          <w:p w:rsidR="003968B6" w:rsidRDefault="003968B6" w14:paraId="55EF204C" w14:textId="609AF9B3"/>
          <w:p w:rsidR="003968B6" w:rsidRDefault="003968B6" w14:paraId="65883FFF" w14:textId="565F11CE"/>
          <w:p w:rsidR="003968B6" w:rsidRDefault="003968B6" w14:paraId="5CE2CCE1" w14:textId="0A1E9893"/>
          <w:p w:rsidR="003968B6" w:rsidRDefault="003968B6" w14:paraId="7B41BE2C" w14:textId="187490AC"/>
          <w:p w:rsidR="003968B6" w:rsidRDefault="003968B6" w14:paraId="74F273AA" w14:textId="54AD5988"/>
          <w:p w:rsidR="003968B6" w:rsidRDefault="003968B6" w14:paraId="19419EC9" w14:textId="133BBE08"/>
          <w:p w:rsidR="003968B6" w:rsidRDefault="003968B6" w14:paraId="4DF25173" w14:textId="6BA8323B"/>
          <w:p w:rsidR="003968B6" w:rsidRDefault="003968B6" w14:paraId="258C9C3E" w14:textId="3BAD6AC4"/>
          <w:p w:rsidR="003968B6" w:rsidRDefault="003968B6" w14:paraId="6FC6F520" w14:textId="078D9029"/>
          <w:p w:rsidR="003968B6" w:rsidRDefault="003968B6" w14:paraId="3FE7A5C7" w14:textId="5C53CE99"/>
          <w:p w:rsidR="003968B6" w:rsidRDefault="003968B6" w14:paraId="050F8675" w14:textId="1416AD6B"/>
          <w:p w:rsidR="003968B6" w:rsidRDefault="003968B6" w14:paraId="59ECB058" w14:textId="46B93E2F"/>
          <w:p w:rsidR="003968B6" w:rsidRDefault="003968B6" w14:paraId="63643404" w14:textId="221C94F9"/>
          <w:p w:rsidR="003968B6" w:rsidRDefault="003968B6" w14:paraId="46198AB3" w14:textId="14836950"/>
          <w:p w:rsidR="003968B6" w:rsidRDefault="003968B6" w14:paraId="17384260" w14:textId="2EB1D5FE"/>
          <w:p w:rsidR="003968B6" w:rsidRDefault="003968B6" w14:paraId="7E8DA4E7" w14:textId="0971BAB2"/>
          <w:p w:rsidR="003968B6" w:rsidRDefault="003968B6" w14:paraId="77787851" w14:textId="0D348BB3"/>
          <w:p w:rsidR="003968B6" w:rsidRDefault="003968B6" w14:paraId="06FA854B" w14:textId="077EFD3E"/>
          <w:p w:rsidR="003968B6" w:rsidRDefault="003968B6" w14:paraId="682B369F" w14:textId="0A52151B"/>
          <w:p w:rsidR="003968B6" w:rsidRDefault="003968B6" w14:paraId="3EF547B7" w14:textId="681BE837"/>
          <w:p w:rsidR="003968B6" w:rsidRDefault="003968B6" w14:paraId="54D2A839" w14:textId="3BB79609"/>
          <w:p w:rsidR="003968B6" w:rsidRDefault="003968B6" w14:paraId="0D0F637F" w14:textId="24710B4E"/>
          <w:p w:rsidR="003968B6" w:rsidRDefault="003968B6" w14:paraId="5FCD015A" w14:textId="309AEE65"/>
          <w:p w:rsidR="003968B6" w:rsidRDefault="003968B6" w14:paraId="3A07E64D" w14:textId="13209738"/>
          <w:p w:rsidR="003968B6" w:rsidRDefault="003968B6" w14:paraId="13A33F7C" w14:textId="0F673370"/>
          <w:p w:rsidR="003968B6" w:rsidRDefault="003968B6" w14:paraId="3F827734" w14:textId="5D694E68"/>
          <w:p w:rsidR="003968B6" w:rsidRDefault="003968B6" w14:paraId="2B4611D3" w14:textId="2C274D8E"/>
          <w:p w:rsidR="003968B6" w:rsidRDefault="003968B6" w14:paraId="42C9BE15" w14:textId="5F268FA8"/>
          <w:p w:rsidR="003968B6" w:rsidRDefault="003968B6" w14:paraId="77CEC1E6" w14:textId="4BA49156"/>
          <w:p w:rsidR="003968B6" w:rsidRDefault="003968B6" w14:paraId="73ABCA18" w14:textId="6AC988AF"/>
          <w:p w:rsidR="003968B6" w:rsidRDefault="003968B6" w14:paraId="1983225A" w14:textId="45BB1471"/>
          <w:p w:rsidR="003968B6" w:rsidRDefault="003968B6" w14:paraId="6D371244" w14:textId="17257FF9"/>
          <w:p w:rsidR="003968B6" w:rsidRDefault="003968B6" w14:paraId="67CC44E6" w14:textId="3ECF044A"/>
          <w:p w:rsidR="003968B6" w:rsidRDefault="003968B6" w14:paraId="7191B74D" w14:textId="27A43AA2"/>
          <w:p w:rsidR="003968B6" w:rsidRDefault="003968B6" w14:paraId="68E38128" w14:textId="3EE08C58"/>
          <w:p w:rsidR="003968B6" w:rsidRDefault="003968B6" w14:paraId="7E642E0C" w14:textId="170750DF"/>
          <w:p w:rsidR="003968B6" w:rsidRDefault="003968B6" w14:paraId="1784BA61" w14:textId="3F9892AE"/>
          <w:p w:rsidR="003968B6" w:rsidP="0473776C" w:rsidRDefault="003968B6" w14:paraId="7D119A4F" w14:textId="12485E97">
            <w:pPr>
              <w:pStyle w:val="Normal"/>
            </w:pPr>
          </w:p>
        </w:tc>
      </w:tr>
    </w:tbl>
    <w:p w:rsidR="5DEE51EB" w:rsidP="005809CD" w:rsidRDefault="5DEE51EB" w14:paraId="303F14F4" w14:textId="4666F175"/>
    <w:sectPr w:rsidR="5DEE51EB" w:rsidSect="005809CD">
      <w:pgSz w:w="12240" w:h="15840" w:orient="portrait"/>
      <w:pgMar w:top="72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num w:numId="1" w16cid:durableId="1863860195">
    <w:abstractNumId w:val="8"/>
  </w:num>
  <w:num w:numId="2" w16cid:durableId="2087845990">
    <w:abstractNumId w:val="6"/>
  </w:num>
  <w:num w:numId="3" w16cid:durableId="1204563980">
    <w:abstractNumId w:val="5"/>
  </w:num>
  <w:num w:numId="4" w16cid:durableId="249125026">
    <w:abstractNumId w:val="4"/>
  </w:num>
  <w:num w:numId="5" w16cid:durableId="399642863">
    <w:abstractNumId w:val="7"/>
  </w:num>
  <w:num w:numId="6" w16cid:durableId="1641764039">
    <w:abstractNumId w:val="3"/>
  </w:num>
  <w:num w:numId="7" w16cid:durableId="806356943">
    <w:abstractNumId w:val="2"/>
  </w:num>
  <w:num w:numId="8" w16cid:durableId="2128893319">
    <w:abstractNumId w:val="1"/>
  </w:num>
  <w:num w:numId="9" w16cid:durableId="13631642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dirty"/>
  <w:trackRevisions w:val="false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5C8D"/>
    <w:rsid w:val="00012B98"/>
    <w:rsid w:val="00034616"/>
    <w:rsid w:val="0006063C"/>
    <w:rsid w:val="000B6212"/>
    <w:rsid w:val="00133039"/>
    <w:rsid w:val="0015074B"/>
    <w:rsid w:val="001957C5"/>
    <w:rsid w:val="00294722"/>
    <w:rsid w:val="0029639D"/>
    <w:rsid w:val="002B1F4A"/>
    <w:rsid w:val="00326F90"/>
    <w:rsid w:val="003968B6"/>
    <w:rsid w:val="003C0C13"/>
    <w:rsid w:val="003E559B"/>
    <w:rsid w:val="003F3EE1"/>
    <w:rsid w:val="00491A16"/>
    <w:rsid w:val="00526A18"/>
    <w:rsid w:val="005809CD"/>
    <w:rsid w:val="005D0918"/>
    <w:rsid w:val="006B6FC2"/>
    <w:rsid w:val="006D0C51"/>
    <w:rsid w:val="00705167"/>
    <w:rsid w:val="0071054A"/>
    <w:rsid w:val="00737FA5"/>
    <w:rsid w:val="00743F04"/>
    <w:rsid w:val="007762C6"/>
    <w:rsid w:val="0079237E"/>
    <w:rsid w:val="007E6C19"/>
    <w:rsid w:val="00805C71"/>
    <w:rsid w:val="008144CE"/>
    <w:rsid w:val="00826D5E"/>
    <w:rsid w:val="00846672"/>
    <w:rsid w:val="008C31D8"/>
    <w:rsid w:val="008E4C16"/>
    <w:rsid w:val="009570B9"/>
    <w:rsid w:val="009B22C0"/>
    <w:rsid w:val="009D386A"/>
    <w:rsid w:val="009E6F0E"/>
    <w:rsid w:val="009F0BAF"/>
    <w:rsid w:val="00A16CB2"/>
    <w:rsid w:val="00AA1D8D"/>
    <w:rsid w:val="00AE6F66"/>
    <w:rsid w:val="00B14A89"/>
    <w:rsid w:val="00B47730"/>
    <w:rsid w:val="00C00242"/>
    <w:rsid w:val="00C2449F"/>
    <w:rsid w:val="00C318EB"/>
    <w:rsid w:val="00CB0664"/>
    <w:rsid w:val="00CB7A42"/>
    <w:rsid w:val="00CC4C95"/>
    <w:rsid w:val="00D53CCD"/>
    <w:rsid w:val="00D91397"/>
    <w:rsid w:val="00ED37A7"/>
    <w:rsid w:val="00F36B56"/>
    <w:rsid w:val="00F65A83"/>
    <w:rsid w:val="00F93FB4"/>
    <w:rsid w:val="00FB65AA"/>
    <w:rsid w:val="00FC1D3A"/>
    <w:rsid w:val="00FC693F"/>
    <w:rsid w:val="01132EA4"/>
    <w:rsid w:val="02A42E7B"/>
    <w:rsid w:val="033F2AAF"/>
    <w:rsid w:val="03EE4D08"/>
    <w:rsid w:val="0473776C"/>
    <w:rsid w:val="06A2A0C4"/>
    <w:rsid w:val="06A725B5"/>
    <w:rsid w:val="07651F9B"/>
    <w:rsid w:val="07860094"/>
    <w:rsid w:val="080191CF"/>
    <w:rsid w:val="08A77BE1"/>
    <w:rsid w:val="0938A658"/>
    <w:rsid w:val="0A8ADCFD"/>
    <w:rsid w:val="0AAAA474"/>
    <w:rsid w:val="0AE055E6"/>
    <w:rsid w:val="0B8496CF"/>
    <w:rsid w:val="0C80E81B"/>
    <w:rsid w:val="0C9EE97B"/>
    <w:rsid w:val="0CF3A057"/>
    <w:rsid w:val="0CF9AFC5"/>
    <w:rsid w:val="0E2CF654"/>
    <w:rsid w:val="0E8C3B53"/>
    <w:rsid w:val="0E966C92"/>
    <w:rsid w:val="0EC45A28"/>
    <w:rsid w:val="10A02EC6"/>
    <w:rsid w:val="10B1D7BE"/>
    <w:rsid w:val="1154E8EF"/>
    <w:rsid w:val="12837280"/>
    <w:rsid w:val="12CC33BD"/>
    <w:rsid w:val="13F2FA8E"/>
    <w:rsid w:val="1454EE90"/>
    <w:rsid w:val="14D7AE37"/>
    <w:rsid w:val="1532B28B"/>
    <w:rsid w:val="156E9BCB"/>
    <w:rsid w:val="15872D14"/>
    <w:rsid w:val="15C7F657"/>
    <w:rsid w:val="15CC443B"/>
    <w:rsid w:val="16139C29"/>
    <w:rsid w:val="164A30C1"/>
    <w:rsid w:val="16DB6858"/>
    <w:rsid w:val="171AEA90"/>
    <w:rsid w:val="171CB614"/>
    <w:rsid w:val="17AC8F1A"/>
    <w:rsid w:val="18557DDA"/>
    <w:rsid w:val="18722CEC"/>
    <w:rsid w:val="193AFDB9"/>
    <w:rsid w:val="19A3485B"/>
    <w:rsid w:val="19B0EC9B"/>
    <w:rsid w:val="1A838571"/>
    <w:rsid w:val="1B4BA542"/>
    <w:rsid w:val="1BD47D69"/>
    <w:rsid w:val="1C03E591"/>
    <w:rsid w:val="1C3878DC"/>
    <w:rsid w:val="1C6B23AA"/>
    <w:rsid w:val="1C6E1D55"/>
    <w:rsid w:val="1CD5A6CA"/>
    <w:rsid w:val="1D9F5182"/>
    <w:rsid w:val="1DBBB80B"/>
    <w:rsid w:val="1DF6C2CA"/>
    <w:rsid w:val="1F280559"/>
    <w:rsid w:val="1F2AD50B"/>
    <w:rsid w:val="1FC988FE"/>
    <w:rsid w:val="231F794F"/>
    <w:rsid w:val="2365CB34"/>
    <w:rsid w:val="23E13DD7"/>
    <w:rsid w:val="24105D70"/>
    <w:rsid w:val="25E08B66"/>
    <w:rsid w:val="263089D6"/>
    <w:rsid w:val="26E4B6F5"/>
    <w:rsid w:val="2791013F"/>
    <w:rsid w:val="2962C771"/>
    <w:rsid w:val="2A770D0B"/>
    <w:rsid w:val="2AC8EA1E"/>
    <w:rsid w:val="2B03B9F5"/>
    <w:rsid w:val="2B7A15D4"/>
    <w:rsid w:val="2BFEE3C3"/>
    <w:rsid w:val="2C9B6D51"/>
    <w:rsid w:val="2D2C2D8D"/>
    <w:rsid w:val="2D37274F"/>
    <w:rsid w:val="2E79743E"/>
    <w:rsid w:val="2E982E43"/>
    <w:rsid w:val="2FC86594"/>
    <w:rsid w:val="31AE143E"/>
    <w:rsid w:val="322FFF1D"/>
    <w:rsid w:val="32401D4F"/>
    <w:rsid w:val="333DDB90"/>
    <w:rsid w:val="3485DF86"/>
    <w:rsid w:val="349EA77E"/>
    <w:rsid w:val="3522B9BD"/>
    <w:rsid w:val="3593A859"/>
    <w:rsid w:val="37FD911B"/>
    <w:rsid w:val="3807B6E3"/>
    <w:rsid w:val="3905CB52"/>
    <w:rsid w:val="3A2FE934"/>
    <w:rsid w:val="3B3D4421"/>
    <w:rsid w:val="3B9BB124"/>
    <w:rsid w:val="3E59D551"/>
    <w:rsid w:val="3E7136A0"/>
    <w:rsid w:val="419A5861"/>
    <w:rsid w:val="4220E735"/>
    <w:rsid w:val="4297A2D0"/>
    <w:rsid w:val="42D6102F"/>
    <w:rsid w:val="4323AE87"/>
    <w:rsid w:val="432D58D8"/>
    <w:rsid w:val="43EB53F8"/>
    <w:rsid w:val="449BF8FD"/>
    <w:rsid w:val="44F88573"/>
    <w:rsid w:val="454B0E1D"/>
    <w:rsid w:val="45B1BBBD"/>
    <w:rsid w:val="463F24E9"/>
    <w:rsid w:val="46CA2978"/>
    <w:rsid w:val="46E575C1"/>
    <w:rsid w:val="48B0CDAC"/>
    <w:rsid w:val="4A4A15D1"/>
    <w:rsid w:val="4B8504EE"/>
    <w:rsid w:val="4BA0314D"/>
    <w:rsid w:val="4BD4DC8D"/>
    <w:rsid w:val="4BF7B47C"/>
    <w:rsid w:val="4CAA9A06"/>
    <w:rsid w:val="4CF0BFA8"/>
    <w:rsid w:val="4DF4C931"/>
    <w:rsid w:val="4ED22735"/>
    <w:rsid w:val="4F880B67"/>
    <w:rsid w:val="511C4091"/>
    <w:rsid w:val="52548EAD"/>
    <w:rsid w:val="529711AD"/>
    <w:rsid w:val="533FE2D1"/>
    <w:rsid w:val="534836B8"/>
    <w:rsid w:val="534EF191"/>
    <w:rsid w:val="53B2894E"/>
    <w:rsid w:val="53ED392F"/>
    <w:rsid w:val="54FF798E"/>
    <w:rsid w:val="5506FDD7"/>
    <w:rsid w:val="55408744"/>
    <w:rsid w:val="5543529A"/>
    <w:rsid w:val="554FF1C8"/>
    <w:rsid w:val="561454BF"/>
    <w:rsid w:val="563BE58D"/>
    <w:rsid w:val="57213643"/>
    <w:rsid w:val="57E59E0B"/>
    <w:rsid w:val="58642E66"/>
    <w:rsid w:val="58AD1138"/>
    <w:rsid w:val="592EFCFC"/>
    <w:rsid w:val="5AD56089"/>
    <w:rsid w:val="5B9C2BA6"/>
    <w:rsid w:val="5C9642F4"/>
    <w:rsid w:val="5D325725"/>
    <w:rsid w:val="5DEE51EB"/>
    <w:rsid w:val="5EB439E7"/>
    <w:rsid w:val="5FC88547"/>
    <w:rsid w:val="600AC22C"/>
    <w:rsid w:val="6031FDF2"/>
    <w:rsid w:val="612703DE"/>
    <w:rsid w:val="614F1997"/>
    <w:rsid w:val="62954F65"/>
    <w:rsid w:val="630CD0D3"/>
    <w:rsid w:val="6395470B"/>
    <w:rsid w:val="63A20FCB"/>
    <w:rsid w:val="641B3ED0"/>
    <w:rsid w:val="64A26121"/>
    <w:rsid w:val="66DDBCB2"/>
    <w:rsid w:val="670F7F51"/>
    <w:rsid w:val="68161D31"/>
    <w:rsid w:val="688BC39C"/>
    <w:rsid w:val="68A3B8D0"/>
    <w:rsid w:val="69D6FF8D"/>
    <w:rsid w:val="6A264A74"/>
    <w:rsid w:val="6AAA357B"/>
    <w:rsid w:val="6B1C2DCD"/>
    <w:rsid w:val="6B7F8D1D"/>
    <w:rsid w:val="6C540AF8"/>
    <w:rsid w:val="6C80E75F"/>
    <w:rsid w:val="6E56A16C"/>
    <w:rsid w:val="6F0D66E1"/>
    <w:rsid w:val="7003BEF1"/>
    <w:rsid w:val="702D2911"/>
    <w:rsid w:val="710F89C5"/>
    <w:rsid w:val="730B5E85"/>
    <w:rsid w:val="73DC97A9"/>
    <w:rsid w:val="75A983F3"/>
    <w:rsid w:val="7616DEF5"/>
    <w:rsid w:val="77212A85"/>
    <w:rsid w:val="78208959"/>
    <w:rsid w:val="79C069CB"/>
    <w:rsid w:val="7A231DBC"/>
    <w:rsid w:val="7A6974BB"/>
    <w:rsid w:val="7A8DFFDF"/>
    <w:rsid w:val="7AB6E09B"/>
    <w:rsid w:val="7AC029DD"/>
    <w:rsid w:val="7D21ED7F"/>
    <w:rsid w:val="7D8AA546"/>
    <w:rsid w:val="7E4FCBC8"/>
    <w:rsid w:val="7EFF2368"/>
    <w:rsid w:val="7F43C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CD4154"/>
  <w14:defaultImageDpi w14:val="300"/>
  <w15:docId w15:val="{0DDDE636-3438-4FD0-AFBE-D6318F6C0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FC693F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FC693F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FC693F"/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1">
    <w:name w:val="Title Char"/>
    <w:basedOn w:val="DefaultParagraphFont"/>
    <w:link w:val="Title"/>
    <w:uiPriority w:val="10"/>
    <w:rsid w:val="00FC693F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FC693F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FC693F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FC693F"/>
    <w:rPr>
      <w:rFonts w:asciiTheme="majorHAnsi" w:hAnsiTheme="majorHAnsi" w:eastAsiaTheme="majorEastAsia" w:cstheme="majorBidi"/>
      <w:color w:val="243F60" w:themeColor="accent1" w:themeShade="7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FC693F"/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FC693F"/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FC693F"/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FC693F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3CC82" w:themeColor="accent3" w:themeTint="BF" w:sz="8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themeColor="accent3" w:themeTint="BF" w:sz="6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  <w:insideV w:val="single" w:color="B3CC82" w:themeColor="accent3" w:themeTint="BF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color="4F81BD" w:themeColor="accent1" w:sz="6" w:space="0"/>
          <w:insideV w:val="single" w:color="4F81BD" w:themeColor="accent1" w:sz="6" w:space="0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color="C0504D" w:themeColor="accent2" w:sz="6" w:space="0"/>
          <w:insideV w:val="single" w:color="C0504D" w:themeColor="accent2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color="9BBB59" w:themeColor="accent3" w:sz="6" w:space="0"/>
          <w:insideV w:val="single" w:color="9BBB59" w:themeColor="accent3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color="8064A2" w:themeColor="accent4" w:sz="6" w:space="0"/>
          <w:insideV w:val="single" w:color="8064A2" w:themeColor="accent4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color="4BACC6" w:themeColor="accent5" w:sz="6" w:space="0"/>
          <w:insideV w:val="single" w:color="4BACC6" w:themeColor="accent5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color="F79646" w:themeColor="accent6" w:sz="6" w:space="0"/>
          <w:insideV w:val="single" w:color="F79646" w:themeColor="accent6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C4C74" w:themeColor="accent1" w:themeShade="99" w:sz="4" w:space="0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772C2A" w:themeColor="accent2" w:themeShade="99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E7530" w:themeColor="accent3" w:themeShade="99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4C3B62" w:themeColor="accent4" w:themeShade="99" w:sz="4" w:space="0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76A7C" w:themeColor="accent5" w:themeShade="99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B65608" w:themeColor="accent6" w:themeShade="99" w:sz="4" w:space="0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tyles" Target="styles.xml" Id="rId3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5" /><Relationship Type="http://schemas.openxmlformats.org/officeDocument/2006/relationships/settings" Target="settings.xml" Id="rId4" /><Relationship Type="http://schemas.openxmlformats.org/officeDocument/2006/relationships/theme" Target="theme/theme1.xml" Id="rId9" /><Relationship Type="http://schemas.openxmlformats.org/officeDocument/2006/relationships/image" Target="/media/image2.jpg" Id="rId89347040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Manager/>
  <ap:Company/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python-docx</dc:creator>
  <keywords/>
  <dc:description>generated by python-docx</dc:description>
  <lastModifiedBy>Irena Springer</lastModifiedBy>
  <revision>15</revision>
  <lastPrinted>2026-04-10T17:49:00.0000000Z</lastPrinted>
  <dcterms:created xsi:type="dcterms:W3CDTF">2026-04-10T20:32:00.0000000Z</dcterms:created>
  <dcterms:modified xsi:type="dcterms:W3CDTF">2026-04-17T12:46:53.3307105Z</dcterms:modified>
  <category/>
</coreProperties>
</file>